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5A0B2" w14:textId="77777777" w:rsidR="00513A2C" w:rsidRPr="00E21043" w:rsidRDefault="00513A2C" w:rsidP="00C40A21">
      <w:pPr>
        <w:pStyle w:val="Standard"/>
        <w:spacing w:line="240" w:lineRule="auto"/>
        <w:jc w:val="center"/>
        <w:rPr>
          <w:rFonts w:ascii="Times New Roman" w:hAnsi="Times New Roman" w:cs="Times New Roman"/>
        </w:rPr>
      </w:pPr>
      <w:bookmarkStart w:id="0" w:name="_Hlk147749776"/>
      <w:r w:rsidRPr="00E21043">
        <w:rPr>
          <w:rFonts w:ascii="Times New Roman" w:hAnsi="Times New Roman" w:cs="Times New Roman"/>
          <w:noProof/>
        </w:rPr>
        <w:drawing>
          <wp:anchor distT="0" distB="0" distL="114300" distR="114300" simplePos="0" relativeHeight="251643904" behindDoc="1" locked="0" layoutInCell="1" allowOverlap="1" wp14:anchorId="71E9084E" wp14:editId="49509FEA">
            <wp:simplePos x="0" y="0"/>
            <wp:positionH relativeFrom="column">
              <wp:posOffset>-712470</wp:posOffset>
            </wp:positionH>
            <wp:positionV relativeFrom="paragraph">
              <wp:posOffset>10160</wp:posOffset>
            </wp:positionV>
            <wp:extent cx="713740" cy="939800"/>
            <wp:effectExtent l="0" t="0" r="0" b="0"/>
            <wp:wrapTight wrapText="bothSides">
              <wp:wrapPolygon edited="0">
                <wp:start x="0" y="0"/>
                <wp:lineTo x="0" y="21016"/>
                <wp:lineTo x="20754" y="21016"/>
                <wp:lineTo x="20754" y="0"/>
                <wp:lineTo x="0" y="0"/>
              </wp:wrapPolygon>
            </wp:wrapTight>
            <wp:docPr id="1765482448" name="image2.png" descr="E:\Harshala Wadkar\2020-21\MMCC logo updated.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713740" cy="939800"/>
                    </a:xfrm>
                    <a:prstGeom prst="rect">
                      <a:avLst/>
                    </a:prstGeom>
                    <a:noFill/>
                    <a:ln>
                      <a:noFill/>
                      <a:prstDash/>
                    </a:ln>
                  </pic:spPr>
                </pic:pic>
              </a:graphicData>
            </a:graphic>
            <wp14:sizeRelV relativeFrom="margin">
              <wp14:pctHeight>0</wp14:pctHeight>
            </wp14:sizeRelV>
          </wp:anchor>
        </w:drawing>
      </w:r>
      <w:r w:rsidRPr="00E21043">
        <w:rPr>
          <w:rFonts w:ascii="Times New Roman" w:eastAsia="Calibri" w:hAnsi="Times New Roman" w:cs="Times New Roman"/>
          <w:sz w:val="24"/>
          <w:szCs w:val="24"/>
        </w:rPr>
        <w:t>MARATHWADA MITRA MANDAL’S</w:t>
      </w:r>
    </w:p>
    <w:p w14:paraId="05429D84" w14:textId="77777777" w:rsidR="00513A2C" w:rsidRPr="00E21043" w:rsidRDefault="00513A2C" w:rsidP="00C40A21">
      <w:pPr>
        <w:pStyle w:val="Standard"/>
        <w:spacing w:line="240" w:lineRule="auto"/>
        <w:jc w:val="center"/>
        <w:rPr>
          <w:rFonts w:ascii="Times New Roman" w:hAnsi="Times New Roman" w:cs="Times New Roman"/>
        </w:rPr>
      </w:pPr>
      <w:r w:rsidRPr="00E21043">
        <w:rPr>
          <w:rFonts w:ascii="Times New Roman" w:eastAsia="Calibri" w:hAnsi="Times New Roman" w:cs="Times New Roman"/>
          <w:b/>
          <w:sz w:val="36"/>
          <w:szCs w:val="36"/>
        </w:rPr>
        <w:t>COLLEGE OF COMMERCE</w:t>
      </w:r>
    </w:p>
    <w:p w14:paraId="67A1840D" w14:textId="511E0236" w:rsidR="00513A2C" w:rsidRPr="00E21043" w:rsidRDefault="00513A2C" w:rsidP="00C40A21">
      <w:pPr>
        <w:pStyle w:val="Standard"/>
        <w:spacing w:line="240" w:lineRule="auto"/>
        <w:jc w:val="center"/>
        <w:rPr>
          <w:rFonts w:ascii="Times New Roman" w:hAnsi="Times New Roman" w:cs="Times New Roman"/>
        </w:rPr>
      </w:pPr>
      <w:r w:rsidRPr="00E21043">
        <w:rPr>
          <w:rFonts w:ascii="Times New Roman" w:eastAsia="Calibri" w:hAnsi="Times New Roman" w:cs="Times New Roman"/>
          <w:sz w:val="24"/>
          <w:szCs w:val="24"/>
        </w:rPr>
        <w:t>Affiliated to Savitribai Phule Pune University, Re-Accredited by NAAC</w:t>
      </w:r>
    </w:p>
    <w:p w14:paraId="3A53E248" w14:textId="6AA92430" w:rsidR="00513A2C" w:rsidRPr="00E21043" w:rsidRDefault="00513A2C" w:rsidP="00C40A21">
      <w:pPr>
        <w:pStyle w:val="Standard"/>
        <w:spacing w:line="240" w:lineRule="auto"/>
        <w:jc w:val="center"/>
        <w:rPr>
          <w:rFonts w:ascii="Times New Roman" w:hAnsi="Times New Roman" w:cs="Times New Roman"/>
        </w:rPr>
      </w:pPr>
      <w:r w:rsidRPr="00E21043">
        <w:rPr>
          <w:rFonts w:ascii="Times New Roman" w:eastAsia="Calibri" w:hAnsi="Times New Roman" w:cs="Times New Roman"/>
          <w:sz w:val="24"/>
          <w:szCs w:val="24"/>
        </w:rPr>
        <w:t>ISO 9001:2015 Certified, Awarded as Best College by Savitribai Phule Pune University</w:t>
      </w:r>
      <w:r w:rsidR="00DE625D">
        <w:rPr>
          <w:rFonts w:ascii="Times New Roman" w:eastAsia="Calibri" w:hAnsi="Times New Roman" w:cs="Times New Roman"/>
          <w:sz w:val="24"/>
          <w:szCs w:val="24"/>
        </w:rPr>
        <w:t>.</w:t>
      </w:r>
    </w:p>
    <w:p w14:paraId="3F1CABCA" w14:textId="77777777" w:rsidR="00513A2C" w:rsidRPr="00E21043" w:rsidRDefault="00513A2C" w:rsidP="00C40A21">
      <w:pPr>
        <w:pStyle w:val="Standard"/>
        <w:spacing w:line="240" w:lineRule="auto"/>
        <w:jc w:val="center"/>
        <w:rPr>
          <w:rFonts w:ascii="Times New Roman" w:hAnsi="Times New Roman" w:cs="Times New Roman"/>
        </w:rPr>
      </w:pPr>
      <w:r w:rsidRPr="00E21043">
        <w:rPr>
          <w:rFonts w:ascii="Times New Roman" w:eastAsia="Calibri" w:hAnsi="Times New Roman" w:cs="Times New Roman"/>
          <w:sz w:val="24"/>
          <w:szCs w:val="24"/>
        </w:rPr>
        <w:t>202/A, Deccan Gymkhana, Pune – 411004</w:t>
      </w:r>
    </w:p>
    <w:p w14:paraId="49F730BC" w14:textId="77777777" w:rsidR="00513A2C" w:rsidRPr="00E21043" w:rsidRDefault="006E7D45" w:rsidP="00C40A21">
      <w:pPr>
        <w:pStyle w:val="Standard"/>
        <w:spacing w:line="240" w:lineRule="auto"/>
        <w:jc w:val="center"/>
        <w:rPr>
          <w:rFonts w:ascii="Times New Roman" w:hAnsi="Times New Roman" w:cs="Times New Roman"/>
        </w:rPr>
      </w:pPr>
      <w:hyperlink r:id="rId9" w:history="1">
        <w:r w:rsidR="00513A2C" w:rsidRPr="00E21043">
          <w:rPr>
            <w:rFonts w:ascii="Times New Roman" w:eastAsia="Calibri" w:hAnsi="Times New Roman" w:cs="Times New Roman"/>
            <w:color w:val="0000FF"/>
            <w:sz w:val="24"/>
            <w:szCs w:val="24"/>
            <w:u w:val="single"/>
          </w:rPr>
          <w:t>principal@mmcc.edu.in</w:t>
        </w:r>
      </w:hyperlink>
      <w:r w:rsidR="00513A2C" w:rsidRPr="00E21043">
        <w:rPr>
          <w:rFonts w:ascii="Times New Roman" w:eastAsia="Calibri" w:hAnsi="Times New Roman" w:cs="Times New Roman"/>
          <w:sz w:val="24"/>
          <w:szCs w:val="24"/>
        </w:rPr>
        <w:t xml:space="preserve">, </w:t>
      </w:r>
      <w:hyperlink r:id="rId10" w:history="1">
        <w:r w:rsidR="00513A2C" w:rsidRPr="00E21043">
          <w:rPr>
            <w:rFonts w:ascii="Times New Roman" w:eastAsia="Calibri" w:hAnsi="Times New Roman" w:cs="Times New Roman"/>
            <w:color w:val="0000FF"/>
            <w:sz w:val="24"/>
            <w:szCs w:val="24"/>
            <w:u w:val="single"/>
          </w:rPr>
          <w:t>enquiry@mmcc.edu.in</w:t>
        </w:r>
      </w:hyperlink>
      <w:r w:rsidR="00513A2C" w:rsidRPr="00E21043">
        <w:rPr>
          <w:rFonts w:ascii="Times New Roman" w:eastAsia="Calibri" w:hAnsi="Times New Roman" w:cs="Times New Roman"/>
          <w:sz w:val="24"/>
          <w:szCs w:val="24"/>
        </w:rPr>
        <w:t xml:space="preserve">, </w:t>
      </w:r>
      <w:hyperlink r:id="rId11" w:history="1">
        <w:r w:rsidR="00513A2C" w:rsidRPr="00E21043">
          <w:rPr>
            <w:rFonts w:ascii="Times New Roman" w:eastAsia="Calibri" w:hAnsi="Times New Roman" w:cs="Times New Roman"/>
            <w:color w:val="0000FF"/>
            <w:sz w:val="24"/>
            <w:szCs w:val="24"/>
            <w:u w:val="single"/>
          </w:rPr>
          <w:t>www.mmcc.edu.in</w:t>
        </w:r>
      </w:hyperlink>
    </w:p>
    <w:p w14:paraId="69637EDC" w14:textId="06EBAC18" w:rsidR="00513A2C" w:rsidRPr="00E21043" w:rsidRDefault="00A12515" w:rsidP="00084085">
      <w:pPr>
        <w:pStyle w:val="Standard"/>
        <w:spacing w:line="240" w:lineRule="auto"/>
        <w:ind w:left="-993" w:right="-999"/>
        <w:jc w:val="both"/>
        <w:rPr>
          <w:rFonts w:ascii="Times New Roman" w:eastAsia="Calibri" w:hAnsi="Times New Roman" w:cs="Times New Roman"/>
          <w:sz w:val="24"/>
          <w:szCs w:val="24"/>
        </w:rPr>
      </w:pPr>
      <w:r w:rsidRPr="00E21043">
        <w:rPr>
          <w:rFonts w:ascii="Times New Roman" w:eastAsia="Calibri" w:hAnsi="Times New Roman" w:cs="Times New Roman"/>
          <w:sz w:val="24"/>
          <w:szCs w:val="24"/>
        </w:rPr>
        <w:t>____________________</w:t>
      </w:r>
      <w:r w:rsidR="00513A2C" w:rsidRPr="00E21043">
        <w:rPr>
          <w:rFonts w:ascii="Times New Roman" w:eastAsia="Calibri" w:hAnsi="Times New Roman" w:cs="Times New Roman"/>
          <w:sz w:val="24"/>
          <w:szCs w:val="24"/>
        </w:rPr>
        <w:t>___________________________________________________________________</w:t>
      </w:r>
    </w:p>
    <w:bookmarkEnd w:id="0"/>
    <w:p w14:paraId="75D46BE9" w14:textId="77777777" w:rsidR="00A71058" w:rsidRPr="00E21043" w:rsidRDefault="00A71058" w:rsidP="001C1C46">
      <w:pPr>
        <w:spacing w:after="0"/>
        <w:jc w:val="center"/>
        <w:rPr>
          <w:rFonts w:ascii="Times New Roman" w:hAnsi="Times New Roman" w:cs="Times New Roman"/>
          <w:b/>
          <w:bCs/>
          <w:color w:val="000000" w:themeColor="text1"/>
          <w:sz w:val="28"/>
          <w:szCs w:val="28"/>
        </w:rPr>
      </w:pPr>
    </w:p>
    <w:p w14:paraId="503EEF9A" w14:textId="77777777" w:rsidR="00C97B1D" w:rsidRDefault="00E02C4A" w:rsidP="00C97B1D">
      <w:pPr>
        <w:spacing w:after="0"/>
        <w:jc w:val="center"/>
        <w:rPr>
          <w:rFonts w:ascii="Times New Roman" w:hAnsi="Times New Roman" w:cs="Times New Roman"/>
          <w:b/>
          <w:bCs/>
          <w:color w:val="000000" w:themeColor="text1"/>
          <w:sz w:val="28"/>
          <w:szCs w:val="28"/>
        </w:rPr>
      </w:pPr>
      <w:r w:rsidRPr="00E21043">
        <w:rPr>
          <w:rFonts w:ascii="Times New Roman" w:hAnsi="Times New Roman" w:cs="Times New Roman"/>
          <w:b/>
          <w:bCs/>
          <w:color w:val="000000" w:themeColor="text1"/>
          <w:sz w:val="28"/>
          <w:szCs w:val="28"/>
        </w:rPr>
        <w:t>Department of Business Administration</w:t>
      </w:r>
    </w:p>
    <w:p w14:paraId="42F18D7A" w14:textId="1853570B" w:rsidR="00E93F6E" w:rsidRPr="00C97B1D" w:rsidRDefault="00A54358" w:rsidP="00C97B1D">
      <w:pPr>
        <w:spacing w:after="0"/>
        <w:jc w:val="center"/>
        <w:rPr>
          <w:rFonts w:ascii="Times New Roman" w:hAnsi="Times New Roman" w:cs="Times New Roman"/>
          <w:b/>
          <w:bCs/>
          <w:color w:val="000000" w:themeColor="text1"/>
          <w:sz w:val="28"/>
          <w:szCs w:val="28"/>
        </w:rPr>
      </w:pPr>
      <w:r w:rsidRPr="00E21043">
        <w:rPr>
          <w:rFonts w:ascii="Times New Roman" w:hAnsi="Times New Roman" w:cs="Times New Roman"/>
          <w:b/>
          <w:bCs/>
          <w:color w:val="000000" w:themeColor="text1"/>
          <w:sz w:val="28"/>
          <w:szCs w:val="28"/>
          <w:lang w:val="en-IN"/>
        </w:rPr>
        <w:t xml:space="preserve">Report on </w:t>
      </w:r>
      <w:r w:rsidR="00485F11">
        <w:rPr>
          <w:rFonts w:ascii="Times New Roman" w:hAnsi="Times New Roman" w:cs="Times New Roman"/>
          <w:b/>
          <w:bCs/>
          <w:color w:val="000000" w:themeColor="text1"/>
          <w:sz w:val="28"/>
          <w:szCs w:val="28"/>
          <w:lang w:val="en-IN"/>
        </w:rPr>
        <w:t xml:space="preserve">Industrial </w:t>
      </w:r>
      <w:r w:rsidR="00EA7F08">
        <w:rPr>
          <w:rFonts w:ascii="Times New Roman" w:hAnsi="Times New Roman" w:cs="Times New Roman"/>
          <w:b/>
          <w:bCs/>
          <w:color w:val="000000" w:themeColor="text1"/>
          <w:sz w:val="28"/>
          <w:szCs w:val="28"/>
          <w:lang w:val="en-IN"/>
        </w:rPr>
        <w:t xml:space="preserve">Visit </w:t>
      </w:r>
      <w:r w:rsidR="00135C8A" w:rsidRPr="00135C8A">
        <w:rPr>
          <w:rFonts w:ascii="Times New Roman" w:hAnsi="Times New Roman" w:cs="Times New Roman"/>
          <w:b/>
          <w:bCs/>
          <w:color w:val="000000" w:themeColor="text1"/>
          <w:sz w:val="28"/>
          <w:szCs w:val="28"/>
        </w:rPr>
        <w:t xml:space="preserve">to Sant Tukaram </w:t>
      </w:r>
      <w:proofErr w:type="spellStart"/>
      <w:r w:rsidR="00135C8A" w:rsidRPr="00135C8A">
        <w:rPr>
          <w:rFonts w:ascii="Times New Roman" w:hAnsi="Times New Roman" w:cs="Times New Roman"/>
          <w:b/>
          <w:bCs/>
          <w:color w:val="000000" w:themeColor="text1"/>
          <w:sz w:val="28"/>
          <w:szCs w:val="28"/>
        </w:rPr>
        <w:t>Sahakari</w:t>
      </w:r>
      <w:proofErr w:type="spellEnd"/>
      <w:r w:rsidR="00135C8A" w:rsidRPr="00135C8A">
        <w:rPr>
          <w:rFonts w:ascii="Times New Roman" w:hAnsi="Times New Roman" w:cs="Times New Roman"/>
          <w:b/>
          <w:bCs/>
          <w:color w:val="000000" w:themeColor="text1"/>
          <w:sz w:val="28"/>
          <w:szCs w:val="28"/>
        </w:rPr>
        <w:t xml:space="preserve"> </w:t>
      </w:r>
      <w:proofErr w:type="spellStart"/>
      <w:r w:rsidR="00135C8A" w:rsidRPr="00135C8A">
        <w:rPr>
          <w:rFonts w:ascii="Times New Roman" w:hAnsi="Times New Roman" w:cs="Times New Roman"/>
          <w:b/>
          <w:bCs/>
          <w:color w:val="000000" w:themeColor="text1"/>
          <w:sz w:val="28"/>
          <w:szCs w:val="28"/>
        </w:rPr>
        <w:t>Sakhar</w:t>
      </w:r>
      <w:proofErr w:type="spellEnd"/>
      <w:r w:rsidR="00135C8A" w:rsidRPr="00135C8A">
        <w:rPr>
          <w:rFonts w:ascii="Times New Roman" w:hAnsi="Times New Roman" w:cs="Times New Roman"/>
          <w:b/>
          <w:bCs/>
          <w:color w:val="000000" w:themeColor="text1"/>
          <w:sz w:val="28"/>
          <w:szCs w:val="28"/>
        </w:rPr>
        <w:t xml:space="preserve"> </w:t>
      </w:r>
      <w:proofErr w:type="spellStart"/>
      <w:r w:rsidR="00135C8A" w:rsidRPr="00135C8A">
        <w:rPr>
          <w:rFonts w:ascii="Times New Roman" w:hAnsi="Times New Roman" w:cs="Times New Roman"/>
          <w:b/>
          <w:bCs/>
          <w:color w:val="000000" w:themeColor="text1"/>
          <w:sz w:val="28"/>
          <w:szCs w:val="28"/>
        </w:rPr>
        <w:t>Karkhana</w:t>
      </w:r>
      <w:proofErr w:type="spellEnd"/>
      <w:r w:rsidR="00135C8A" w:rsidRPr="00135C8A">
        <w:rPr>
          <w:rFonts w:ascii="Times New Roman" w:hAnsi="Times New Roman" w:cs="Times New Roman"/>
          <w:b/>
          <w:bCs/>
          <w:color w:val="000000" w:themeColor="text1"/>
          <w:sz w:val="28"/>
          <w:szCs w:val="28"/>
        </w:rPr>
        <w:t xml:space="preserve"> Ltd.</w:t>
      </w:r>
    </w:p>
    <w:p w14:paraId="1EE8371B" w14:textId="68FD6D40" w:rsidR="00485F11" w:rsidRPr="00135C8A" w:rsidRDefault="00A233EE" w:rsidP="00147567">
      <w:pPr>
        <w:pStyle w:val="ListParagraph"/>
        <w:numPr>
          <w:ilvl w:val="0"/>
          <w:numId w:val="16"/>
        </w:numPr>
        <w:spacing w:after="0"/>
        <w:rPr>
          <w:rFonts w:ascii="Times New Roman" w:hAnsi="Times New Roman" w:cs="Times New Roman"/>
          <w:color w:val="000000" w:themeColor="text1"/>
          <w:sz w:val="24"/>
          <w:szCs w:val="24"/>
          <w:lang w:val="en-IN"/>
        </w:rPr>
      </w:pPr>
      <w:r w:rsidRPr="00135C8A">
        <w:rPr>
          <w:rFonts w:ascii="Times New Roman" w:hAnsi="Times New Roman" w:cs="Times New Roman"/>
          <w:b/>
          <w:bCs/>
          <w:color w:val="000000" w:themeColor="text1"/>
          <w:sz w:val="24"/>
          <w:szCs w:val="24"/>
          <w:lang w:val="en-IN"/>
        </w:rPr>
        <w:t xml:space="preserve">Event Name: </w:t>
      </w:r>
      <w:r w:rsidR="00135C8A" w:rsidRPr="00135C8A">
        <w:rPr>
          <w:sz w:val="24"/>
          <w:szCs w:val="24"/>
        </w:rPr>
        <w:t xml:space="preserve">Industrial Visit to Sant Tukaram </w:t>
      </w:r>
      <w:proofErr w:type="spellStart"/>
      <w:r w:rsidR="00135C8A" w:rsidRPr="00135C8A">
        <w:rPr>
          <w:sz w:val="24"/>
          <w:szCs w:val="24"/>
        </w:rPr>
        <w:t>Sahakari</w:t>
      </w:r>
      <w:proofErr w:type="spellEnd"/>
      <w:r w:rsidR="00135C8A" w:rsidRPr="00135C8A">
        <w:rPr>
          <w:sz w:val="24"/>
          <w:szCs w:val="24"/>
        </w:rPr>
        <w:t xml:space="preserve"> </w:t>
      </w:r>
      <w:proofErr w:type="spellStart"/>
      <w:r w:rsidR="00135C8A" w:rsidRPr="00135C8A">
        <w:rPr>
          <w:sz w:val="24"/>
          <w:szCs w:val="24"/>
        </w:rPr>
        <w:t>Sakhar</w:t>
      </w:r>
      <w:proofErr w:type="spellEnd"/>
      <w:r w:rsidR="00135C8A" w:rsidRPr="00135C8A">
        <w:rPr>
          <w:sz w:val="24"/>
          <w:szCs w:val="24"/>
        </w:rPr>
        <w:t xml:space="preserve"> </w:t>
      </w:r>
      <w:proofErr w:type="spellStart"/>
      <w:r w:rsidR="00135C8A" w:rsidRPr="00135C8A">
        <w:rPr>
          <w:sz w:val="24"/>
          <w:szCs w:val="24"/>
        </w:rPr>
        <w:t>Karkhana</w:t>
      </w:r>
      <w:proofErr w:type="spellEnd"/>
      <w:r w:rsidR="00135C8A" w:rsidRPr="00135C8A">
        <w:rPr>
          <w:sz w:val="24"/>
          <w:szCs w:val="24"/>
        </w:rPr>
        <w:t xml:space="preserve"> Ltd.</w:t>
      </w:r>
    </w:p>
    <w:p w14:paraId="22E051FF" w14:textId="564E8F9C" w:rsidR="00E54B11" w:rsidRPr="00135C8A" w:rsidRDefault="00C40A21" w:rsidP="00147567">
      <w:pPr>
        <w:pStyle w:val="ListParagraph"/>
        <w:numPr>
          <w:ilvl w:val="0"/>
          <w:numId w:val="16"/>
        </w:numPr>
        <w:spacing w:after="0"/>
        <w:rPr>
          <w:rFonts w:ascii="Times New Roman" w:hAnsi="Times New Roman" w:cs="Times New Roman"/>
          <w:color w:val="000000" w:themeColor="text1"/>
          <w:sz w:val="24"/>
          <w:szCs w:val="24"/>
          <w:lang w:val="en-IN"/>
        </w:rPr>
      </w:pPr>
      <w:r w:rsidRPr="00135C8A">
        <w:rPr>
          <w:rFonts w:ascii="Times New Roman" w:hAnsi="Times New Roman" w:cs="Times New Roman"/>
          <w:b/>
          <w:bCs/>
          <w:color w:val="000000" w:themeColor="text1"/>
          <w:sz w:val="24"/>
          <w:szCs w:val="24"/>
          <w:lang w:val="en-IN"/>
        </w:rPr>
        <w:t>Organized by:</w:t>
      </w:r>
      <w:r w:rsidRPr="00135C8A">
        <w:rPr>
          <w:rFonts w:ascii="Times New Roman" w:hAnsi="Times New Roman" w:cs="Times New Roman"/>
          <w:color w:val="000000" w:themeColor="text1"/>
          <w:sz w:val="24"/>
          <w:szCs w:val="24"/>
          <w:lang w:val="en-IN"/>
        </w:rPr>
        <w:t xml:space="preserve"> Department of Business Administration</w:t>
      </w:r>
    </w:p>
    <w:p w14:paraId="11601252" w14:textId="3DCA1DA3" w:rsidR="00E54B11" w:rsidRPr="00135C8A" w:rsidRDefault="00A233EE" w:rsidP="00253F7E">
      <w:pPr>
        <w:pStyle w:val="ListParagraph"/>
        <w:numPr>
          <w:ilvl w:val="0"/>
          <w:numId w:val="16"/>
        </w:numPr>
        <w:spacing w:after="0"/>
        <w:rPr>
          <w:rFonts w:ascii="Times New Roman" w:hAnsi="Times New Roman" w:cs="Times New Roman"/>
          <w:color w:val="000000" w:themeColor="text1"/>
          <w:sz w:val="24"/>
          <w:szCs w:val="24"/>
          <w:lang w:val="en-IN"/>
        </w:rPr>
      </w:pPr>
      <w:r w:rsidRPr="00135C8A">
        <w:rPr>
          <w:rFonts w:ascii="Times New Roman" w:hAnsi="Times New Roman" w:cs="Times New Roman"/>
          <w:b/>
          <w:bCs/>
          <w:color w:val="000000" w:themeColor="text1"/>
          <w:sz w:val="24"/>
          <w:szCs w:val="24"/>
          <w:lang w:val="en-IN"/>
        </w:rPr>
        <w:t xml:space="preserve">Day and </w:t>
      </w:r>
      <w:r w:rsidR="00C40A21" w:rsidRPr="00135C8A">
        <w:rPr>
          <w:rFonts w:ascii="Times New Roman" w:hAnsi="Times New Roman" w:cs="Times New Roman"/>
          <w:b/>
          <w:bCs/>
          <w:color w:val="000000" w:themeColor="text1"/>
          <w:sz w:val="24"/>
          <w:szCs w:val="24"/>
          <w:lang w:val="en-IN"/>
        </w:rPr>
        <w:t>Date:</w:t>
      </w:r>
      <w:r w:rsidR="00C40A21" w:rsidRPr="00135C8A">
        <w:rPr>
          <w:rFonts w:ascii="Times New Roman" w:hAnsi="Times New Roman" w:cs="Times New Roman"/>
          <w:color w:val="000000" w:themeColor="text1"/>
          <w:sz w:val="24"/>
          <w:szCs w:val="24"/>
          <w:lang w:val="en-IN"/>
        </w:rPr>
        <w:t xml:space="preserve"> </w:t>
      </w:r>
      <w:r w:rsidR="00737E26" w:rsidRPr="00135C8A">
        <w:rPr>
          <w:rFonts w:ascii="Times New Roman" w:hAnsi="Times New Roman" w:cs="Times New Roman"/>
          <w:color w:val="000000" w:themeColor="text1"/>
          <w:sz w:val="24"/>
          <w:szCs w:val="24"/>
          <w:lang w:val="en-IN"/>
        </w:rPr>
        <w:t>Satur</w:t>
      </w:r>
      <w:r w:rsidRPr="00135C8A">
        <w:rPr>
          <w:rFonts w:ascii="Times New Roman" w:hAnsi="Times New Roman" w:cs="Times New Roman"/>
          <w:color w:val="000000" w:themeColor="text1"/>
          <w:sz w:val="24"/>
          <w:szCs w:val="24"/>
          <w:lang w:val="en-IN"/>
        </w:rPr>
        <w:t>day</w:t>
      </w:r>
      <w:r w:rsidR="00C40A21" w:rsidRPr="00135C8A">
        <w:rPr>
          <w:rFonts w:ascii="Times New Roman" w:hAnsi="Times New Roman" w:cs="Times New Roman"/>
          <w:color w:val="000000" w:themeColor="text1"/>
          <w:sz w:val="24"/>
          <w:szCs w:val="24"/>
          <w:lang w:val="en-IN"/>
        </w:rPr>
        <w:t xml:space="preserve">, </w:t>
      </w:r>
      <w:r w:rsidR="00135C8A" w:rsidRPr="00135C8A">
        <w:rPr>
          <w:sz w:val="24"/>
          <w:szCs w:val="24"/>
        </w:rPr>
        <w:t>10th January 2026</w:t>
      </w:r>
    </w:p>
    <w:p w14:paraId="49CFE02E" w14:textId="77777777" w:rsidR="00135C8A" w:rsidRPr="00135C8A" w:rsidRDefault="00C40A21" w:rsidP="007D74B3">
      <w:pPr>
        <w:pStyle w:val="ListParagraph"/>
        <w:numPr>
          <w:ilvl w:val="0"/>
          <w:numId w:val="16"/>
        </w:numPr>
        <w:spacing w:after="0"/>
        <w:rPr>
          <w:rFonts w:ascii="Times New Roman" w:hAnsi="Times New Roman" w:cs="Times New Roman"/>
          <w:i/>
          <w:iCs/>
          <w:color w:val="000000" w:themeColor="text1"/>
          <w:sz w:val="24"/>
          <w:szCs w:val="24"/>
          <w:lang w:val="en-IN"/>
        </w:rPr>
      </w:pPr>
      <w:r w:rsidRPr="00135C8A">
        <w:rPr>
          <w:rFonts w:ascii="Times New Roman" w:hAnsi="Times New Roman" w:cs="Times New Roman"/>
          <w:b/>
          <w:bCs/>
          <w:color w:val="000000" w:themeColor="text1"/>
          <w:sz w:val="24"/>
          <w:szCs w:val="24"/>
          <w:lang w:val="en-IN"/>
        </w:rPr>
        <w:t>Venue:</w:t>
      </w:r>
      <w:r w:rsidRPr="00135C8A">
        <w:rPr>
          <w:rFonts w:ascii="Times New Roman" w:hAnsi="Times New Roman" w:cs="Times New Roman"/>
          <w:color w:val="000000" w:themeColor="text1"/>
          <w:sz w:val="24"/>
          <w:szCs w:val="24"/>
          <w:lang w:val="en-IN"/>
        </w:rPr>
        <w:t xml:space="preserve"> </w:t>
      </w:r>
      <w:r w:rsidR="00135C8A" w:rsidRPr="00135C8A">
        <w:rPr>
          <w:sz w:val="24"/>
          <w:szCs w:val="24"/>
        </w:rPr>
        <w:t xml:space="preserve">Sant Tukaram </w:t>
      </w:r>
      <w:proofErr w:type="spellStart"/>
      <w:r w:rsidR="00135C8A" w:rsidRPr="00135C8A">
        <w:rPr>
          <w:sz w:val="24"/>
          <w:szCs w:val="24"/>
        </w:rPr>
        <w:t>Sahakari</w:t>
      </w:r>
      <w:proofErr w:type="spellEnd"/>
      <w:r w:rsidR="00135C8A" w:rsidRPr="00135C8A">
        <w:rPr>
          <w:sz w:val="24"/>
          <w:szCs w:val="24"/>
        </w:rPr>
        <w:t xml:space="preserve"> </w:t>
      </w:r>
      <w:proofErr w:type="spellStart"/>
      <w:r w:rsidR="00135C8A" w:rsidRPr="00135C8A">
        <w:rPr>
          <w:sz w:val="24"/>
          <w:szCs w:val="24"/>
        </w:rPr>
        <w:t>Sakhar</w:t>
      </w:r>
      <w:proofErr w:type="spellEnd"/>
      <w:r w:rsidR="00135C8A" w:rsidRPr="00135C8A">
        <w:rPr>
          <w:sz w:val="24"/>
          <w:szCs w:val="24"/>
        </w:rPr>
        <w:t xml:space="preserve"> </w:t>
      </w:r>
      <w:proofErr w:type="spellStart"/>
      <w:r w:rsidR="00135C8A" w:rsidRPr="00135C8A">
        <w:rPr>
          <w:sz w:val="24"/>
          <w:szCs w:val="24"/>
        </w:rPr>
        <w:t>Karkhana</w:t>
      </w:r>
      <w:proofErr w:type="spellEnd"/>
      <w:r w:rsidR="00135C8A" w:rsidRPr="00135C8A">
        <w:rPr>
          <w:sz w:val="24"/>
          <w:szCs w:val="24"/>
        </w:rPr>
        <w:t xml:space="preserve"> Ltd.,</w:t>
      </w:r>
      <w:r w:rsidR="00135C8A" w:rsidRPr="00135C8A">
        <w:rPr>
          <w:sz w:val="24"/>
          <w:szCs w:val="24"/>
        </w:rPr>
        <w:br/>
      </w:r>
      <w:proofErr w:type="spellStart"/>
      <w:r w:rsidR="00135C8A" w:rsidRPr="00135C8A">
        <w:rPr>
          <w:sz w:val="24"/>
          <w:szCs w:val="24"/>
        </w:rPr>
        <w:t>Mulshi</w:t>
      </w:r>
      <w:proofErr w:type="spellEnd"/>
      <w:r w:rsidR="00135C8A" w:rsidRPr="00135C8A">
        <w:rPr>
          <w:sz w:val="24"/>
          <w:szCs w:val="24"/>
        </w:rPr>
        <w:t xml:space="preserve">, Taluka </w:t>
      </w:r>
      <w:proofErr w:type="spellStart"/>
      <w:r w:rsidR="00135C8A" w:rsidRPr="00135C8A">
        <w:rPr>
          <w:sz w:val="24"/>
          <w:szCs w:val="24"/>
        </w:rPr>
        <w:t>Mulshi</w:t>
      </w:r>
      <w:proofErr w:type="spellEnd"/>
      <w:r w:rsidR="00135C8A" w:rsidRPr="00135C8A">
        <w:rPr>
          <w:sz w:val="24"/>
          <w:szCs w:val="24"/>
        </w:rPr>
        <w:t>,</w:t>
      </w:r>
      <w:r w:rsidR="00135C8A" w:rsidRPr="00135C8A">
        <w:rPr>
          <w:sz w:val="24"/>
          <w:szCs w:val="24"/>
        </w:rPr>
        <w:br/>
        <w:t>District Pune, Maharashtra.</w:t>
      </w:r>
    </w:p>
    <w:p w14:paraId="39502391" w14:textId="130BE153" w:rsidR="00A86AA0" w:rsidRPr="00135C8A" w:rsidRDefault="00E54B11" w:rsidP="007D74B3">
      <w:pPr>
        <w:pStyle w:val="ListParagraph"/>
        <w:numPr>
          <w:ilvl w:val="0"/>
          <w:numId w:val="16"/>
        </w:numPr>
        <w:spacing w:after="0"/>
        <w:rPr>
          <w:rFonts w:ascii="Times New Roman" w:hAnsi="Times New Roman" w:cs="Times New Roman"/>
          <w:i/>
          <w:iCs/>
          <w:color w:val="000000" w:themeColor="text1"/>
          <w:sz w:val="24"/>
          <w:szCs w:val="24"/>
          <w:lang w:val="en-IN"/>
        </w:rPr>
      </w:pPr>
      <w:r w:rsidRPr="00135C8A">
        <w:rPr>
          <w:rFonts w:ascii="Times New Roman" w:hAnsi="Times New Roman" w:cs="Times New Roman"/>
          <w:b/>
          <w:bCs/>
          <w:color w:val="000000" w:themeColor="text1"/>
          <w:sz w:val="24"/>
          <w:szCs w:val="24"/>
          <w:lang w:val="en-IN"/>
        </w:rPr>
        <w:t xml:space="preserve">Objectives of the </w:t>
      </w:r>
      <w:r w:rsidR="00101C94" w:rsidRPr="00135C8A">
        <w:rPr>
          <w:rFonts w:ascii="Times New Roman" w:hAnsi="Times New Roman" w:cs="Times New Roman"/>
          <w:b/>
          <w:bCs/>
          <w:color w:val="000000" w:themeColor="text1"/>
          <w:sz w:val="24"/>
          <w:szCs w:val="24"/>
          <w:lang w:val="en-IN"/>
        </w:rPr>
        <w:t>Visit</w:t>
      </w:r>
      <w:r w:rsidRPr="00135C8A">
        <w:rPr>
          <w:rFonts w:ascii="Times New Roman" w:hAnsi="Times New Roman" w:cs="Times New Roman"/>
          <w:b/>
          <w:bCs/>
          <w:color w:val="000000" w:themeColor="text1"/>
          <w:sz w:val="24"/>
          <w:szCs w:val="24"/>
          <w:lang w:val="en-IN"/>
        </w:rPr>
        <w:t>:</w:t>
      </w:r>
      <w:r w:rsidR="00A86AA0" w:rsidRPr="00135C8A">
        <w:rPr>
          <w:rFonts w:ascii="Times New Roman" w:hAnsi="Times New Roman" w:cs="Times New Roman"/>
          <w:b/>
          <w:bCs/>
          <w:color w:val="000000" w:themeColor="text1"/>
          <w:sz w:val="24"/>
          <w:szCs w:val="24"/>
          <w:lang w:val="en-IN"/>
        </w:rPr>
        <w:t xml:space="preserve"> </w:t>
      </w:r>
    </w:p>
    <w:p w14:paraId="6368243F" w14:textId="77777777" w:rsidR="00135C8A" w:rsidRPr="00135C8A" w:rsidRDefault="00135C8A" w:rsidP="00135C8A">
      <w:pPr>
        <w:pStyle w:val="NormalWeb"/>
        <w:numPr>
          <w:ilvl w:val="0"/>
          <w:numId w:val="22"/>
        </w:numPr>
      </w:pPr>
      <w:r w:rsidRPr="00135C8A">
        <w:t>To provide students with practical exposure to the functioning of a cooperative sugar manufacturing unit.</w:t>
      </w:r>
    </w:p>
    <w:p w14:paraId="2D436060" w14:textId="77777777" w:rsidR="00135C8A" w:rsidRPr="00135C8A" w:rsidRDefault="00135C8A" w:rsidP="00135C8A">
      <w:pPr>
        <w:pStyle w:val="NormalWeb"/>
        <w:numPr>
          <w:ilvl w:val="0"/>
          <w:numId w:val="22"/>
        </w:numPr>
      </w:pPr>
      <w:r w:rsidRPr="00135C8A">
        <w:t>To understand the end-to-end sugar production process from sugarcane procurement to finished goods.</w:t>
      </w:r>
    </w:p>
    <w:p w14:paraId="0CD51467" w14:textId="77777777" w:rsidR="00135C8A" w:rsidRPr="00135C8A" w:rsidRDefault="00135C8A" w:rsidP="00135C8A">
      <w:pPr>
        <w:pStyle w:val="NormalWeb"/>
        <w:numPr>
          <w:ilvl w:val="0"/>
          <w:numId w:val="22"/>
        </w:numPr>
      </w:pPr>
      <w:r w:rsidRPr="00135C8A">
        <w:t>To study operational management, quality control, and safety practices followed in the sugar industry.</w:t>
      </w:r>
    </w:p>
    <w:p w14:paraId="657C5881" w14:textId="77777777" w:rsidR="00135C8A" w:rsidRPr="00135C8A" w:rsidRDefault="00135C8A" w:rsidP="00135C8A">
      <w:pPr>
        <w:pStyle w:val="NormalWeb"/>
        <w:numPr>
          <w:ilvl w:val="0"/>
          <w:numId w:val="22"/>
        </w:numPr>
      </w:pPr>
      <w:r w:rsidRPr="00135C8A">
        <w:t>To familiarize students with cooperative management structure and rural-based industrial operations.</w:t>
      </w:r>
    </w:p>
    <w:p w14:paraId="6E5C49B1" w14:textId="77777777" w:rsidR="00135C8A" w:rsidRPr="00135C8A" w:rsidRDefault="00135C8A" w:rsidP="00135C8A">
      <w:pPr>
        <w:pStyle w:val="NormalWeb"/>
        <w:numPr>
          <w:ilvl w:val="0"/>
          <w:numId w:val="22"/>
        </w:numPr>
      </w:pPr>
      <w:r w:rsidRPr="00135C8A">
        <w:t>To bridge the gap between theoretical concepts and real-life industrial practices.</w:t>
      </w:r>
    </w:p>
    <w:p w14:paraId="50120322" w14:textId="346B2650" w:rsidR="00E54B11" w:rsidRPr="00135C8A" w:rsidRDefault="00A86AA0" w:rsidP="00253F7E">
      <w:pPr>
        <w:pStyle w:val="ListParagraph"/>
        <w:numPr>
          <w:ilvl w:val="0"/>
          <w:numId w:val="16"/>
        </w:numPr>
        <w:spacing w:after="0"/>
        <w:jc w:val="both"/>
        <w:rPr>
          <w:rFonts w:ascii="Times New Roman" w:hAnsi="Times New Roman" w:cs="Times New Roman"/>
          <w:color w:val="000000" w:themeColor="text1"/>
          <w:sz w:val="24"/>
          <w:szCs w:val="24"/>
          <w:lang w:val="en-IN"/>
        </w:rPr>
      </w:pPr>
      <w:r w:rsidRPr="00135C8A">
        <w:rPr>
          <w:rFonts w:ascii="Times New Roman" w:hAnsi="Times New Roman" w:cs="Times New Roman"/>
          <w:b/>
          <w:bCs/>
          <w:color w:val="000000" w:themeColor="text1"/>
          <w:sz w:val="24"/>
          <w:szCs w:val="24"/>
          <w:lang w:val="en-IN"/>
        </w:rPr>
        <w:t>Audience:</w:t>
      </w:r>
      <w:r w:rsidRPr="00135C8A">
        <w:rPr>
          <w:rFonts w:ascii="Times New Roman" w:hAnsi="Times New Roman" w:cs="Times New Roman"/>
          <w:color w:val="000000" w:themeColor="text1"/>
          <w:sz w:val="24"/>
          <w:szCs w:val="24"/>
          <w:lang w:val="en-IN"/>
        </w:rPr>
        <w:t xml:space="preserve"> </w:t>
      </w:r>
      <w:r w:rsidR="00E54B11" w:rsidRPr="00135C8A">
        <w:rPr>
          <w:rFonts w:ascii="Times New Roman" w:hAnsi="Times New Roman" w:cs="Times New Roman"/>
          <w:b/>
          <w:bCs/>
          <w:color w:val="000000" w:themeColor="text1"/>
          <w:sz w:val="24"/>
          <w:szCs w:val="24"/>
          <w:lang w:val="en-IN"/>
        </w:rPr>
        <w:t xml:space="preserve"> </w:t>
      </w:r>
    </w:p>
    <w:p w14:paraId="6EB0930C" w14:textId="5438C56B" w:rsidR="002066AA" w:rsidRPr="00135C8A" w:rsidRDefault="002066AA" w:rsidP="00547C0B">
      <w:pPr>
        <w:pStyle w:val="ListParagraph"/>
        <w:spacing w:after="0"/>
        <w:ind w:left="-66"/>
        <w:jc w:val="both"/>
        <w:rPr>
          <w:rFonts w:ascii="Times New Roman" w:hAnsi="Times New Roman" w:cs="Times New Roman"/>
          <w:color w:val="000000" w:themeColor="text1"/>
          <w:sz w:val="24"/>
          <w:szCs w:val="24"/>
          <w:lang w:val="en-IN"/>
        </w:rPr>
      </w:pPr>
      <w:r w:rsidRPr="00135C8A">
        <w:rPr>
          <w:rFonts w:ascii="Times New Roman" w:hAnsi="Times New Roman" w:cs="Times New Roman"/>
          <w:color w:val="000000" w:themeColor="text1"/>
          <w:sz w:val="24"/>
          <w:szCs w:val="24"/>
          <w:lang w:val="en-IN"/>
        </w:rPr>
        <w:t xml:space="preserve">             The </w:t>
      </w:r>
      <w:r w:rsidR="002E3AEA" w:rsidRPr="00135C8A">
        <w:rPr>
          <w:rFonts w:ascii="Times New Roman" w:hAnsi="Times New Roman" w:cs="Times New Roman"/>
          <w:color w:val="000000" w:themeColor="text1"/>
          <w:sz w:val="24"/>
          <w:szCs w:val="24"/>
          <w:lang w:val="en-IN"/>
        </w:rPr>
        <w:t>visit</w:t>
      </w:r>
      <w:r w:rsidR="000E43F2" w:rsidRPr="00135C8A">
        <w:rPr>
          <w:rFonts w:ascii="Times New Roman" w:hAnsi="Times New Roman" w:cs="Times New Roman"/>
          <w:color w:val="000000" w:themeColor="text1"/>
          <w:sz w:val="24"/>
          <w:szCs w:val="24"/>
          <w:lang w:val="en-IN"/>
        </w:rPr>
        <w:t xml:space="preserve"> was organised </w:t>
      </w:r>
      <w:r w:rsidRPr="00135C8A">
        <w:rPr>
          <w:rFonts w:ascii="Times New Roman" w:hAnsi="Times New Roman" w:cs="Times New Roman"/>
          <w:color w:val="000000" w:themeColor="text1"/>
          <w:sz w:val="24"/>
          <w:szCs w:val="24"/>
          <w:lang w:val="en-IN"/>
        </w:rPr>
        <w:t>for student</w:t>
      </w:r>
      <w:r w:rsidR="002E3AEA" w:rsidRPr="00135C8A">
        <w:rPr>
          <w:rFonts w:ascii="Times New Roman" w:hAnsi="Times New Roman" w:cs="Times New Roman"/>
          <w:color w:val="000000" w:themeColor="text1"/>
          <w:sz w:val="24"/>
          <w:szCs w:val="24"/>
          <w:lang w:val="en-IN"/>
        </w:rPr>
        <w:t xml:space="preserve"> </w:t>
      </w:r>
      <w:r w:rsidRPr="00135C8A">
        <w:rPr>
          <w:rFonts w:ascii="Times New Roman" w:hAnsi="Times New Roman" w:cs="Times New Roman"/>
          <w:color w:val="000000" w:themeColor="text1"/>
          <w:sz w:val="24"/>
          <w:szCs w:val="24"/>
          <w:lang w:val="en-IN"/>
        </w:rPr>
        <w:t xml:space="preserve">of </w:t>
      </w:r>
      <w:r w:rsidR="00135C8A" w:rsidRPr="00135C8A">
        <w:rPr>
          <w:rFonts w:ascii="Times New Roman" w:hAnsi="Times New Roman" w:cs="Times New Roman"/>
          <w:b/>
          <w:bCs/>
          <w:color w:val="000000" w:themeColor="text1"/>
          <w:sz w:val="24"/>
          <w:szCs w:val="24"/>
          <w:lang w:val="en-IN"/>
        </w:rPr>
        <w:t>T</w:t>
      </w:r>
      <w:r w:rsidRPr="00135C8A">
        <w:rPr>
          <w:rFonts w:ascii="Times New Roman" w:hAnsi="Times New Roman" w:cs="Times New Roman"/>
          <w:b/>
          <w:bCs/>
          <w:color w:val="000000" w:themeColor="text1"/>
          <w:sz w:val="24"/>
          <w:szCs w:val="24"/>
          <w:lang w:val="en-IN"/>
        </w:rPr>
        <w:t>Y BBA</w:t>
      </w:r>
      <w:r w:rsidR="00DE5B8C" w:rsidRPr="00135C8A">
        <w:rPr>
          <w:rFonts w:ascii="Times New Roman" w:hAnsi="Times New Roman" w:cs="Times New Roman"/>
          <w:b/>
          <w:bCs/>
          <w:color w:val="000000" w:themeColor="text1"/>
          <w:sz w:val="24"/>
          <w:szCs w:val="24"/>
          <w:lang w:val="en-IN"/>
        </w:rPr>
        <w:t xml:space="preserve"> and </w:t>
      </w:r>
      <w:r w:rsidRPr="00135C8A">
        <w:rPr>
          <w:rFonts w:ascii="Times New Roman" w:hAnsi="Times New Roman" w:cs="Times New Roman"/>
          <w:b/>
          <w:bCs/>
          <w:color w:val="000000" w:themeColor="text1"/>
          <w:sz w:val="24"/>
          <w:szCs w:val="24"/>
          <w:lang w:val="en-IN"/>
        </w:rPr>
        <w:t>BBA-IB</w:t>
      </w:r>
      <w:r w:rsidR="002E3AEA" w:rsidRPr="00135C8A">
        <w:rPr>
          <w:rFonts w:ascii="Times New Roman" w:hAnsi="Times New Roman" w:cs="Times New Roman"/>
          <w:b/>
          <w:bCs/>
          <w:color w:val="000000" w:themeColor="text1"/>
          <w:sz w:val="24"/>
          <w:szCs w:val="24"/>
          <w:lang w:val="en-IN"/>
        </w:rPr>
        <w:t>.</w:t>
      </w:r>
    </w:p>
    <w:p w14:paraId="500B8106" w14:textId="77777777" w:rsidR="00547C0B" w:rsidRPr="00135C8A" w:rsidRDefault="00547C0B" w:rsidP="00547C0B">
      <w:pPr>
        <w:pStyle w:val="ListParagraph"/>
        <w:spacing w:after="0"/>
        <w:ind w:left="-66"/>
        <w:jc w:val="both"/>
        <w:rPr>
          <w:rFonts w:ascii="Times New Roman" w:hAnsi="Times New Roman" w:cs="Times New Roman"/>
          <w:color w:val="000000" w:themeColor="text1"/>
          <w:sz w:val="24"/>
          <w:szCs w:val="24"/>
          <w:lang w:val="en-IN"/>
        </w:rPr>
      </w:pPr>
    </w:p>
    <w:p w14:paraId="03554CDE" w14:textId="77777777" w:rsidR="00E54B11" w:rsidRPr="00135C8A" w:rsidRDefault="00E54B11" w:rsidP="00253F7E">
      <w:pPr>
        <w:pStyle w:val="ListParagraph"/>
        <w:numPr>
          <w:ilvl w:val="0"/>
          <w:numId w:val="16"/>
        </w:numPr>
        <w:spacing w:after="0"/>
        <w:rPr>
          <w:rFonts w:ascii="Times New Roman" w:hAnsi="Times New Roman" w:cs="Times New Roman"/>
          <w:b/>
          <w:bCs/>
          <w:color w:val="000000" w:themeColor="text1"/>
          <w:sz w:val="24"/>
          <w:szCs w:val="24"/>
          <w:lang w:val="en-IN"/>
        </w:rPr>
      </w:pPr>
      <w:r w:rsidRPr="00135C8A">
        <w:rPr>
          <w:rFonts w:ascii="Times New Roman" w:hAnsi="Times New Roman" w:cs="Times New Roman"/>
          <w:b/>
          <w:bCs/>
          <w:color w:val="000000" w:themeColor="text1"/>
          <w:sz w:val="24"/>
          <w:szCs w:val="24"/>
          <w:lang w:val="en-IN"/>
        </w:rPr>
        <w:t>Number of Participants:</w:t>
      </w:r>
    </w:p>
    <w:p w14:paraId="0377CF88" w14:textId="338F086A" w:rsidR="00DD7B7C" w:rsidRPr="00135C8A" w:rsidRDefault="00DD7B7C" w:rsidP="003C6D95">
      <w:pPr>
        <w:pStyle w:val="ListParagraph"/>
        <w:spacing w:after="0" w:line="240" w:lineRule="auto"/>
        <w:ind w:left="-66"/>
        <w:jc w:val="both"/>
        <w:rPr>
          <w:rFonts w:ascii="Times New Roman" w:hAnsi="Times New Roman" w:cs="Times New Roman"/>
          <w:color w:val="000000" w:themeColor="text1"/>
          <w:sz w:val="24"/>
          <w:szCs w:val="24"/>
        </w:rPr>
      </w:pPr>
      <w:r w:rsidRPr="00135C8A">
        <w:rPr>
          <w:rFonts w:ascii="Times New Roman" w:hAnsi="Times New Roman" w:cs="Times New Roman"/>
          <w:color w:val="000000" w:themeColor="text1"/>
          <w:sz w:val="24"/>
          <w:szCs w:val="24"/>
        </w:rPr>
        <w:t xml:space="preserve">            A total of</w:t>
      </w:r>
      <w:r w:rsidR="00E523B1" w:rsidRPr="00135C8A">
        <w:rPr>
          <w:rFonts w:ascii="Times New Roman" w:hAnsi="Times New Roman" w:cs="Times New Roman"/>
          <w:color w:val="000000" w:themeColor="text1"/>
          <w:sz w:val="24"/>
          <w:szCs w:val="24"/>
        </w:rPr>
        <w:t xml:space="preserve"> </w:t>
      </w:r>
      <w:r w:rsidR="00A16246" w:rsidRPr="00135C8A">
        <w:rPr>
          <w:rFonts w:ascii="Times New Roman" w:hAnsi="Times New Roman" w:cs="Times New Roman"/>
          <w:color w:val="000000" w:themeColor="text1"/>
          <w:sz w:val="24"/>
          <w:szCs w:val="24"/>
        </w:rPr>
        <w:t>1</w:t>
      </w:r>
      <w:r w:rsidR="00135C8A" w:rsidRPr="00135C8A">
        <w:rPr>
          <w:rFonts w:ascii="Times New Roman" w:hAnsi="Times New Roman" w:cs="Times New Roman"/>
          <w:color w:val="000000" w:themeColor="text1"/>
          <w:sz w:val="24"/>
          <w:szCs w:val="24"/>
        </w:rPr>
        <w:t>00</w:t>
      </w:r>
      <w:r w:rsidR="00DE5B8C" w:rsidRPr="00135C8A">
        <w:rPr>
          <w:rFonts w:ascii="Times New Roman" w:hAnsi="Times New Roman" w:cs="Times New Roman"/>
          <w:color w:val="000000" w:themeColor="text1"/>
          <w:sz w:val="24"/>
          <w:szCs w:val="24"/>
        </w:rPr>
        <w:t xml:space="preserve"> student</w:t>
      </w:r>
      <w:r w:rsidR="00A16246" w:rsidRPr="00135C8A">
        <w:rPr>
          <w:rFonts w:ascii="Times New Roman" w:hAnsi="Times New Roman" w:cs="Times New Roman"/>
          <w:color w:val="000000" w:themeColor="text1"/>
          <w:sz w:val="24"/>
          <w:szCs w:val="24"/>
        </w:rPr>
        <w:t xml:space="preserve">s </w:t>
      </w:r>
      <w:r w:rsidR="00386C6F" w:rsidRPr="00135C8A">
        <w:rPr>
          <w:rFonts w:ascii="Times New Roman" w:hAnsi="Times New Roman" w:cs="Times New Roman"/>
          <w:color w:val="000000" w:themeColor="text1"/>
          <w:sz w:val="24"/>
          <w:szCs w:val="24"/>
        </w:rPr>
        <w:t xml:space="preserve">along with </w:t>
      </w:r>
      <w:r w:rsidR="00135C8A" w:rsidRPr="00135C8A">
        <w:rPr>
          <w:rFonts w:ascii="Times New Roman" w:hAnsi="Times New Roman" w:cs="Times New Roman"/>
          <w:color w:val="000000" w:themeColor="text1"/>
          <w:sz w:val="24"/>
          <w:szCs w:val="24"/>
        </w:rPr>
        <w:t>4</w:t>
      </w:r>
      <w:r w:rsidR="00386C6F" w:rsidRPr="00135C8A">
        <w:rPr>
          <w:rFonts w:ascii="Times New Roman" w:hAnsi="Times New Roman" w:cs="Times New Roman"/>
          <w:color w:val="000000" w:themeColor="text1"/>
          <w:sz w:val="24"/>
          <w:szCs w:val="24"/>
        </w:rPr>
        <w:t xml:space="preserve"> faculties</w:t>
      </w:r>
      <w:r w:rsidR="00E01499" w:rsidRPr="00135C8A">
        <w:rPr>
          <w:rFonts w:ascii="Times New Roman" w:hAnsi="Times New Roman" w:cs="Times New Roman"/>
          <w:color w:val="000000" w:themeColor="text1"/>
          <w:sz w:val="24"/>
          <w:szCs w:val="24"/>
        </w:rPr>
        <w:t xml:space="preserve"> </w:t>
      </w:r>
      <w:r w:rsidR="00DC0AD5" w:rsidRPr="00135C8A">
        <w:rPr>
          <w:rFonts w:ascii="Times New Roman" w:hAnsi="Times New Roman" w:cs="Times New Roman"/>
          <w:color w:val="000000" w:themeColor="text1"/>
          <w:sz w:val="24"/>
          <w:szCs w:val="24"/>
        </w:rPr>
        <w:t>visited the industry.</w:t>
      </w:r>
    </w:p>
    <w:p w14:paraId="1295E7CB" w14:textId="77777777" w:rsidR="00386C6F" w:rsidRPr="00135C8A" w:rsidRDefault="00386C6F" w:rsidP="00386C6F">
      <w:pPr>
        <w:pStyle w:val="ListParagraph"/>
        <w:spacing w:after="0"/>
        <w:ind w:left="-66"/>
        <w:jc w:val="both"/>
        <w:rPr>
          <w:rFonts w:ascii="Times New Roman" w:hAnsi="Times New Roman" w:cs="Times New Roman"/>
          <w:b/>
          <w:bCs/>
          <w:color w:val="000000" w:themeColor="text1"/>
          <w:sz w:val="24"/>
          <w:szCs w:val="24"/>
          <w:lang w:val="en-IN"/>
        </w:rPr>
      </w:pPr>
    </w:p>
    <w:p w14:paraId="62797BB6" w14:textId="77777777" w:rsidR="00E21043" w:rsidRPr="00135C8A" w:rsidRDefault="00E54B11" w:rsidP="00E21043">
      <w:pPr>
        <w:pStyle w:val="ListParagraph"/>
        <w:numPr>
          <w:ilvl w:val="0"/>
          <w:numId w:val="16"/>
        </w:numPr>
        <w:spacing w:after="0"/>
        <w:rPr>
          <w:rFonts w:ascii="Times New Roman" w:hAnsi="Times New Roman" w:cs="Times New Roman"/>
          <w:b/>
          <w:bCs/>
          <w:color w:val="000000" w:themeColor="text1"/>
          <w:sz w:val="24"/>
          <w:szCs w:val="24"/>
          <w:lang w:val="en-IN"/>
        </w:rPr>
      </w:pPr>
      <w:r w:rsidRPr="00135C8A">
        <w:rPr>
          <w:rFonts w:ascii="Times New Roman" w:hAnsi="Times New Roman" w:cs="Times New Roman"/>
          <w:b/>
          <w:bCs/>
          <w:color w:val="000000" w:themeColor="text1"/>
          <w:sz w:val="24"/>
          <w:szCs w:val="24"/>
          <w:lang w:val="en-IN"/>
        </w:rPr>
        <w:t>Brief description of the event:</w:t>
      </w:r>
    </w:p>
    <w:p w14:paraId="66E07567" w14:textId="77777777" w:rsidR="00135C8A" w:rsidRPr="00135C8A" w:rsidRDefault="00135C8A" w:rsidP="00135C8A">
      <w:pPr>
        <w:pStyle w:val="NormalWeb"/>
        <w:spacing w:line="276" w:lineRule="auto"/>
        <w:ind w:left="-66"/>
        <w:jc w:val="both"/>
      </w:pPr>
      <w:r w:rsidRPr="00135C8A">
        <w:t xml:space="preserve">The Department of Business Administration organised an industrial visit to </w:t>
      </w:r>
      <w:r w:rsidRPr="00135C8A">
        <w:rPr>
          <w:rStyle w:val="Strong"/>
        </w:rPr>
        <w:t xml:space="preserve">Sant Tukaram </w:t>
      </w:r>
      <w:proofErr w:type="spellStart"/>
      <w:r w:rsidRPr="00135C8A">
        <w:rPr>
          <w:rStyle w:val="Strong"/>
        </w:rPr>
        <w:t>Sahakari</w:t>
      </w:r>
      <w:proofErr w:type="spellEnd"/>
      <w:r w:rsidRPr="00135C8A">
        <w:rPr>
          <w:rStyle w:val="Strong"/>
        </w:rPr>
        <w:t xml:space="preserve"> </w:t>
      </w:r>
      <w:proofErr w:type="spellStart"/>
      <w:r w:rsidRPr="00135C8A">
        <w:rPr>
          <w:rStyle w:val="Strong"/>
        </w:rPr>
        <w:t>Sakhar</w:t>
      </w:r>
      <w:proofErr w:type="spellEnd"/>
      <w:r w:rsidRPr="00135C8A">
        <w:rPr>
          <w:rStyle w:val="Strong"/>
        </w:rPr>
        <w:t xml:space="preserve"> </w:t>
      </w:r>
      <w:proofErr w:type="spellStart"/>
      <w:r w:rsidRPr="00135C8A">
        <w:rPr>
          <w:rStyle w:val="Strong"/>
        </w:rPr>
        <w:t>Karkhana</w:t>
      </w:r>
      <w:proofErr w:type="spellEnd"/>
      <w:r w:rsidRPr="00135C8A">
        <w:rPr>
          <w:rStyle w:val="Strong"/>
        </w:rPr>
        <w:t xml:space="preserve"> Ltd., </w:t>
      </w:r>
      <w:proofErr w:type="spellStart"/>
      <w:r w:rsidRPr="00135C8A">
        <w:rPr>
          <w:rStyle w:val="Strong"/>
        </w:rPr>
        <w:t>Mulshi</w:t>
      </w:r>
      <w:proofErr w:type="spellEnd"/>
      <w:r w:rsidRPr="00135C8A">
        <w:t>, one of the prominent cooperative sugar factories in Pune district. The visit aimed at providing students with first-hand exposure to large-scale manufacturing operations and cooperative industrial management.</w:t>
      </w:r>
    </w:p>
    <w:p w14:paraId="3781E964" w14:textId="77777777" w:rsidR="00DA7353" w:rsidRDefault="00DA7353" w:rsidP="00135C8A">
      <w:pPr>
        <w:pStyle w:val="NormalWeb"/>
        <w:spacing w:line="276" w:lineRule="auto"/>
        <w:ind w:left="-66"/>
        <w:jc w:val="both"/>
      </w:pPr>
    </w:p>
    <w:p w14:paraId="1296E2A0" w14:textId="23E23116" w:rsidR="00135C8A" w:rsidRPr="00135C8A" w:rsidRDefault="00135C8A" w:rsidP="00DA7353">
      <w:pPr>
        <w:pStyle w:val="NormalWeb"/>
        <w:spacing w:line="276" w:lineRule="auto"/>
        <w:ind w:left="-66"/>
        <w:jc w:val="both"/>
      </w:pPr>
      <w:r w:rsidRPr="00135C8A">
        <w:lastRenderedPageBreak/>
        <w:t>Upon arrival at the factory premises, students were welcomed by the factory officials, who gave an introductory briefing about the history, growth, and contribution of Sant Tukaram Sugar Factory to the rural economy. The officials explained the cooperative model, membership structure, and the role of farmers in the management of the sugar factory.</w:t>
      </w:r>
      <w:r w:rsidR="00974D40">
        <w:t xml:space="preserve"> </w:t>
      </w:r>
      <w:r w:rsidRPr="00135C8A">
        <w:t>Students were then taken on a guided tour of the manufacturing unit. They observed the complete sugar manufacturing process, including sugarcane weighing, crushing, juice extraction, clarification, evaporation, crystallization, centrifugation, and packaging. Emphasis was laid on the efficient utilization of by-products such as bagasse and molasses. The visit also highlighted quality control mechanisms, safety measures, and environmental practices adopted by the factory. Students gained insights into power generation through cogeneration plants and water management practices followed in the sugar industry.</w:t>
      </w:r>
    </w:p>
    <w:p w14:paraId="4180CCB2" w14:textId="77777777" w:rsidR="00135C8A" w:rsidRPr="00135C8A" w:rsidRDefault="00135C8A" w:rsidP="00135C8A">
      <w:pPr>
        <w:pStyle w:val="NormalWeb"/>
        <w:spacing w:line="276" w:lineRule="auto"/>
        <w:ind w:left="-66"/>
        <w:jc w:val="both"/>
      </w:pPr>
      <w:r w:rsidRPr="00135C8A">
        <w:t>An interactive session with the factory personnel enabled students to ask questions related to production challenges, seasonal operations, pricing policies, government regulations, and employment opportunities in the sugar sector. The visit proved to be highly informative and enriching.</w:t>
      </w:r>
    </w:p>
    <w:p w14:paraId="51CC1DAD" w14:textId="77777777" w:rsidR="0005575B" w:rsidRPr="00135C8A" w:rsidRDefault="0005575B" w:rsidP="00DC0AD5">
      <w:pPr>
        <w:spacing w:after="0"/>
        <w:jc w:val="both"/>
        <w:rPr>
          <w:rFonts w:ascii="Times New Roman" w:hAnsi="Times New Roman" w:cs="Times New Roman"/>
          <w:color w:val="FF0000"/>
          <w:sz w:val="24"/>
          <w:szCs w:val="24"/>
          <w:lang w:val="en-IN"/>
        </w:rPr>
      </w:pPr>
    </w:p>
    <w:p w14:paraId="161FBE88" w14:textId="4A24374A" w:rsidR="00E54B11" w:rsidRPr="00135C8A" w:rsidRDefault="00E54B11" w:rsidP="00253F7E">
      <w:pPr>
        <w:pStyle w:val="ListParagraph"/>
        <w:numPr>
          <w:ilvl w:val="0"/>
          <w:numId w:val="16"/>
        </w:numPr>
        <w:spacing w:after="0"/>
        <w:rPr>
          <w:rFonts w:ascii="Times New Roman" w:hAnsi="Times New Roman" w:cs="Times New Roman"/>
          <w:b/>
          <w:bCs/>
          <w:color w:val="000000" w:themeColor="text1"/>
          <w:sz w:val="24"/>
          <w:szCs w:val="24"/>
          <w:lang w:val="en-IN"/>
        </w:rPr>
      </w:pPr>
      <w:r w:rsidRPr="00135C8A">
        <w:rPr>
          <w:rFonts w:ascii="Times New Roman" w:hAnsi="Times New Roman" w:cs="Times New Roman"/>
          <w:b/>
          <w:bCs/>
          <w:color w:val="000000" w:themeColor="text1"/>
          <w:sz w:val="24"/>
          <w:szCs w:val="24"/>
          <w:lang w:val="en-IN"/>
        </w:rPr>
        <w:t xml:space="preserve">Learning Outcome: </w:t>
      </w:r>
    </w:p>
    <w:p w14:paraId="0F6FEF9F" w14:textId="003941FC" w:rsidR="00974D40" w:rsidRDefault="00974D40" w:rsidP="002A261E">
      <w:pPr>
        <w:pStyle w:val="NormalWeb"/>
        <w:numPr>
          <w:ilvl w:val="0"/>
          <w:numId w:val="22"/>
        </w:numPr>
        <w:jc w:val="both"/>
      </w:pPr>
      <w:r>
        <w:t>Students gained a clear understanding of the sugar manufacturing process.</w:t>
      </w:r>
    </w:p>
    <w:p w14:paraId="3F3AA933" w14:textId="566E5F5A" w:rsidR="00974D40" w:rsidRDefault="00974D40" w:rsidP="002A261E">
      <w:pPr>
        <w:pStyle w:val="NormalWeb"/>
        <w:numPr>
          <w:ilvl w:val="0"/>
          <w:numId w:val="22"/>
        </w:numPr>
        <w:jc w:val="both"/>
      </w:pPr>
      <w:r>
        <w:t>The visit enhanced their knowledge of cooperative management and rural-based industries.</w:t>
      </w:r>
    </w:p>
    <w:p w14:paraId="4879D02F" w14:textId="688239CC" w:rsidR="00974D40" w:rsidRDefault="00974D40" w:rsidP="002A261E">
      <w:pPr>
        <w:pStyle w:val="NormalWeb"/>
        <w:numPr>
          <w:ilvl w:val="0"/>
          <w:numId w:val="22"/>
        </w:numPr>
        <w:jc w:val="both"/>
      </w:pPr>
      <w:r>
        <w:t>Students understood the importance of quality control, safety, and sustainability in manufacturing.</w:t>
      </w:r>
    </w:p>
    <w:p w14:paraId="04347FEF" w14:textId="03CD266D" w:rsidR="00974D40" w:rsidRDefault="00974D40" w:rsidP="002A261E">
      <w:pPr>
        <w:pStyle w:val="NormalWeb"/>
        <w:numPr>
          <w:ilvl w:val="0"/>
          <w:numId w:val="22"/>
        </w:numPr>
        <w:jc w:val="both"/>
      </w:pPr>
      <w:r>
        <w:t>The exposure helped students relate classroom learning with real-world industrial operations.</w:t>
      </w:r>
    </w:p>
    <w:p w14:paraId="7A080F42" w14:textId="43816F66" w:rsidR="000B5DED" w:rsidRPr="007F6103" w:rsidRDefault="00974D40" w:rsidP="002A261E">
      <w:pPr>
        <w:pStyle w:val="NormalWeb"/>
        <w:numPr>
          <w:ilvl w:val="0"/>
          <w:numId w:val="22"/>
        </w:numPr>
        <w:jc w:val="both"/>
      </w:pPr>
      <w:r>
        <w:t xml:space="preserve">The visit fostered interest in </w:t>
      </w:r>
      <w:proofErr w:type="spellStart"/>
      <w:r>
        <w:t>agro</w:t>
      </w:r>
      <w:proofErr w:type="spellEnd"/>
      <w:r>
        <w:t>-based and cooperative industries.</w:t>
      </w:r>
    </w:p>
    <w:p w14:paraId="45668C08" w14:textId="415AB78E" w:rsidR="00DD5DCE" w:rsidRDefault="00DD5DCE" w:rsidP="000B5DED">
      <w:pPr>
        <w:spacing w:after="0"/>
        <w:jc w:val="both"/>
        <w:rPr>
          <w:rFonts w:ascii="Times New Roman" w:hAnsi="Times New Roman" w:cs="Times New Roman"/>
          <w:b/>
          <w:bCs/>
          <w:color w:val="000000" w:themeColor="text1"/>
          <w:sz w:val="24"/>
          <w:szCs w:val="24"/>
          <w:lang w:val="en-IN"/>
        </w:rPr>
      </w:pPr>
    </w:p>
    <w:p w14:paraId="2360B66D"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3F4F66C2"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20964060"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3EBDB1BA"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612BC520"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29FBD50E"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712A2EF2"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1A3A78A2"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41A2957A"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50E54441"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51692200"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3ED60F3A" w14:textId="3B8B43DC" w:rsidR="007F6103" w:rsidRDefault="007F6103" w:rsidP="000B5DED">
      <w:pPr>
        <w:spacing w:after="0"/>
        <w:jc w:val="both"/>
        <w:rPr>
          <w:rFonts w:ascii="Times New Roman" w:hAnsi="Times New Roman" w:cs="Times New Roman"/>
          <w:b/>
          <w:bCs/>
          <w:color w:val="000000" w:themeColor="text1"/>
          <w:sz w:val="24"/>
          <w:szCs w:val="24"/>
          <w:lang w:val="en-IN"/>
        </w:rPr>
      </w:pPr>
    </w:p>
    <w:p w14:paraId="68B72550" w14:textId="77777777" w:rsidR="00DA7353" w:rsidRDefault="00DA7353" w:rsidP="000B5DED">
      <w:pPr>
        <w:spacing w:after="0"/>
        <w:jc w:val="both"/>
        <w:rPr>
          <w:rFonts w:ascii="Times New Roman" w:hAnsi="Times New Roman" w:cs="Times New Roman"/>
          <w:b/>
          <w:bCs/>
          <w:color w:val="000000" w:themeColor="text1"/>
          <w:sz w:val="24"/>
          <w:szCs w:val="24"/>
          <w:lang w:val="en-IN"/>
        </w:rPr>
      </w:pPr>
    </w:p>
    <w:p w14:paraId="32E8F93C" w14:textId="77777777" w:rsidR="007F6103" w:rsidRDefault="007F6103" w:rsidP="000B5DED">
      <w:pPr>
        <w:spacing w:after="0"/>
        <w:jc w:val="both"/>
        <w:rPr>
          <w:rFonts w:ascii="Times New Roman" w:hAnsi="Times New Roman" w:cs="Times New Roman"/>
          <w:b/>
          <w:bCs/>
          <w:color w:val="000000" w:themeColor="text1"/>
          <w:sz w:val="24"/>
          <w:szCs w:val="24"/>
          <w:lang w:val="en-IN"/>
        </w:rPr>
      </w:pPr>
    </w:p>
    <w:p w14:paraId="6D0CF9EC" w14:textId="77777777" w:rsidR="007F6103" w:rsidRPr="000B5DED" w:rsidRDefault="007F6103" w:rsidP="000B5DED">
      <w:pPr>
        <w:spacing w:after="0"/>
        <w:jc w:val="both"/>
        <w:rPr>
          <w:rFonts w:ascii="Times New Roman" w:hAnsi="Times New Roman" w:cs="Times New Roman"/>
          <w:b/>
          <w:bCs/>
          <w:color w:val="000000" w:themeColor="text1"/>
          <w:sz w:val="24"/>
          <w:szCs w:val="24"/>
          <w:lang w:val="en-IN"/>
        </w:rPr>
      </w:pPr>
    </w:p>
    <w:p w14:paraId="649E2AAD" w14:textId="10D6081C" w:rsidR="008A5CA0" w:rsidRPr="008A5CA0" w:rsidRDefault="00DD5DCE" w:rsidP="008A5CA0">
      <w:pPr>
        <w:pStyle w:val="ListParagraph"/>
        <w:numPr>
          <w:ilvl w:val="0"/>
          <w:numId w:val="16"/>
        </w:numPr>
        <w:spacing w:after="0"/>
        <w:rPr>
          <w:rFonts w:ascii="Times New Roman" w:hAnsi="Times New Roman" w:cs="Times New Roman"/>
          <w:b/>
          <w:bCs/>
          <w:color w:val="000000" w:themeColor="text1"/>
          <w:sz w:val="24"/>
          <w:szCs w:val="24"/>
          <w:lang w:val="en-IN"/>
        </w:rPr>
      </w:pPr>
      <w:r w:rsidRPr="00DD5DCE">
        <w:rPr>
          <w:rFonts w:ascii="Times New Roman" w:hAnsi="Times New Roman" w:cs="Times New Roman"/>
          <w:b/>
          <w:bCs/>
          <w:color w:val="000000" w:themeColor="text1"/>
          <w:sz w:val="24"/>
          <w:szCs w:val="24"/>
          <w:lang w:val="en-IN"/>
        </w:rPr>
        <w:t>Photographs:</w:t>
      </w:r>
    </w:p>
    <w:p w14:paraId="6EEBF70A" w14:textId="0C517D9B" w:rsidR="00DD5DCE" w:rsidRPr="007F6103" w:rsidRDefault="00E62D78" w:rsidP="00004ACC">
      <w:pPr>
        <w:spacing w:after="0"/>
        <w:rPr>
          <w:rFonts w:ascii="Times New Roman" w:hAnsi="Times New Roman" w:cs="Times New Roman"/>
          <w:b/>
          <w:bCs/>
          <w:i/>
          <w:iCs/>
          <w:color w:val="000000" w:themeColor="text1"/>
          <w:sz w:val="24"/>
          <w:szCs w:val="24"/>
          <w:lang w:val="en-IN"/>
        </w:rPr>
      </w:pPr>
      <w:r w:rsidRPr="00A331B8">
        <w:rPr>
          <w:rFonts w:ascii="Times New Roman" w:hAnsi="Times New Roman" w:cs="Times New Roman"/>
          <w:b/>
          <w:bCs/>
          <w:i/>
          <w:iCs/>
          <w:color w:val="000000" w:themeColor="text1"/>
          <w:sz w:val="24"/>
          <w:szCs w:val="24"/>
          <w:lang w:val="en-IN"/>
        </w:rPr>
        <w:t xml:space="preserve">Students along with faculty members at </w:t>
      </w:r>
      <w:r w:rsidR="007F6103" w:rsidRPr="007F6103">
        <w:rPr>
          <w:b/>
          <w:bCs/>
          <w:i/>
          <w:iCs/>
          <w:sz w:val="24"/>
          <w:szCs w:val="24"/>
        </w:rPr>
        <w:t xml:space="preserve">Sant Tukaram </w:t>
      </w:r>
      <w:proofErr w:type="spellStart"/>
      <w:r w:rsidR="007F6103" w:rsidRPr="007F6103">
        <w:rPr>
          <w:b/>
          <w:bCs/>
          <w:i/>
          <w:iCs/>
          <w:sz w:val="24"/>
          <w:szCs w:val="24"/>
        </w:rPr>
        <w:t>Sahakari</w:t>
      </w:r>
      <w:proofErr w:type="spellEnd"/>
      <w:r w:rsidR="007F6103" w:rsidRPr="007F6103">
        <w:rPr>
          <w:b/>
          <w:bCs/>
          <w:i/>
          <w:iCs/>
          <w:sz w:val="24"/>
          <w:szCs w:val="24"/>
        </w:rPr>
        <w:t xml:space="preserve"> </w:t>
      </w:r>
      <w:proofErr w:type="spellStart"/>
      <w:r w:rsidR="007F6103" w:rsidRPr="007F6103">
        <w:rPr>
          <w:b/>
          <w:bCs/>
          <w:i/>
          <w:iCs/>
          <w:sz w:val="24"/>
          <w:szCs w:val="24"/>
        </w:rPr>
        <w:t>Sakhar</w:t>
      </w:r>
      <w:proofErr w:type="spellEnd"/>
      <w:r w:rsidR="007F6103" w:rsidRPr="007F6103">
        <w:rPr>
          <w:b/>
          <w:bCs/>
          <w:i/>
          <w:iCs/>
          <w:sz w:val="24"/>
          <w:szCs w:val="24"/>
        </w:rPr>
        <w:t xml:space="preserve"> </w:t>
      </w:r>
      <w:proofErr w:type="spellStart"/>
      <w:r w:rsidR="007F6103" w:rsidRPr="007F6103">
        <w:rPr>
          <w:b/>
          <w:bCs/>
          <w:i/>
          <w:iCs/>
          <w:sz w:val="24"/>
          <w:szCs w:val="24"/>
        </w:rPr>
        <w:t>Karkhana</w:t>
      </w:r>
      <w:proofErr w:type="spellEnd"/>
      <w:r w:rsidR="007F6103" w:rsidRPr="007F6103">
        <w:rPr>
          <w:b/>
          <w:bCs/>
          <w:i/>
          <w:iCs/>
          <w:sz w:val="24"/>
          <w:szCs w:val="24"/>
        </w:rPr>
        <w:t xml:space="preserve"> Ltd</w:t>
      </w:r>
      <w:r w:rsidRPr="007F6103">
        <w:rPr>
          <w:rFonts w:ascii="Times New Roman" w:hAnsi="Times New Roman" w:cs="Times New Roman"/>
          <w:b/>
          <w:bCs/>
          <w:i/>
          <w:iCs/>
          <w:color w:val="000000" w:themeColor="text1"/>
          <w:sz w:val="24"/>
          <w:szCs w:val="24"/>
          <w:lang w:val="en-IN"/>
        </w:rPr>
        <w:t>.</w:t>
      </w:r>
    </w:p>
    <w:p w14:paraId="2241E232" w14:textId="77777777" w:rsidR="007F6103" w:rsidRDefault="007F6103" w:rsidP="00004ACC">
      <w:pPr>
        <w:spacing w:after="0"/>
        <w:rPr>
          <w:rFonts w:ascii="Times New Roman" w:hAnsi="Times New Roman" w:cs="Times New Roman"/>
          <w:b/>
          <w:bCs/>
          <w:i/>
          <w:iCs/>
          <w:color w:val="000000" w:themeColor="text1"/>
          <w:sz w:val="24"/>
          <w:szCs w:val="24"/>
          <w:lang w:val="en-IN"/>
        </w:rPr>
      </w:pPr>
    </w:p>
    <w:p w14:paraId="577041AA" w14:textId="676C832E" w:rsidR="007F6103" w:rsidRPr="00A331B8" w:rsidRDefault="007F6103" w:rsidP="00004ACC">
      <w:pPr>
        <w:spacing w:after="0"/>
        <w:rPr>
          <w:rFonts w:ascii="Times New Roman" w:hAnsi="Times New Roman" w:cs="Times New Roman"/>
          <w:b/>
          <w:bCs/>
          <w:i/>
          <w:iCs/>
          <w:color w:val="000000" w:themeColor="text1"/>
          <w:sz w:val="24"/>
          <w:szCs w:val="24"/>
          <w:lang w:val="en-IN"/>
        </w:rPr>
      </w:pPr>
      <w:r>
        <w:rPr>
          <w:noProof/>
        </w:rPr>
        <w:drawing>
          <wp:inline distT="0" distB="0" distL="0" distR="0" wp14:anchorId="728EEB17" wp14:editId="017F51D9">
            <wp:extent cx="5705475" cy="4279106"/>
            <wp:effectExtent l="95250" t="95250" r="85725" b="102870"/>
            <wp:docPr id="700241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0073" cy="4282554"/>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6D4EBEF5" w14:textId="77777777" w:rsidR="007F6103" w:rsidRDefault="007F6103" w:rsidP="00C52C26">
      <w:pPr>
        <w:spacing w:after="0"/>
        <w:jc w:val="center"/>
        <w:rPr>
          <w:rFonts w:ascii="Times New Roman" w:hAnsi="Times New Roman" w:cs="Times New Roman"/>
          <w:b/>
          <w:bCs/>
          <w:i/>
          <w:iCs/>
          <w:color w:val="000000" w:themeColor="text1"/>
          <w:sz w:val="24"/>
          <w:szCs w:val="24"/>
          <w:lang w:val="en-IN"/>
        </w:rPr>
      </w:pPr>
    </w:p>
    <w:p w14:paraId="14396E13" w14:textId="77777777" w:rsidR="007F6103" w:rsidRDefault="007F6103" w:rsidP="00C52C26">
      <w:pPr>
        <w:spacing w:after="0"/>
        <w:jc w:val="center"/>
        <w:rPr>
          <w:rFonts w:ascii="Times New Roman" w:hAnsi="Times New Roman" w:cs="Times New Roman"/>
          <w:b/>
          <w:bCs/>
          <w:i/>
          <w:iCs/>
          <w:color w:val="000000" w:themeColor="text1"/>
          <w:sz w:val="24"/>
          <w:szCs w:val="24"/>
          <w:lang w:val="en-IN"/>
        </w:rPr>
      </w:pPr>
    </w:p>
    <w:p w14:paraId="1732C7C9" w14:textId="517E6E27" w:rsidR="007F6103" w:rsidRDefault="007F6103" w:rsidP="00C52C26">
      <w:pPr>
        <w:spacing w:after="0"/>
        <w:jc w:val="center"/>
        <w:rPr>
          <w:rFonts w:ascii="Times New Roman" w:hAnsi="Times New Roman" w:cs="Times New Roman"/>
          <w:b/>
          <w:bCs/>
          <w:i/>
          <w:iCs/>
          <w:color w:val="000000" w:themeColor="text1"/>
          <w:sz w:val="24"/>
          <w:szCs w:val="24"/>
          <w:lang w:val="en-IN"/>
        </w:rPr>
      </w:pPr>
      <w:r>
        <w:rPr>
          <w:noProof/>
        </w:rPr>
        <w:lastRenderedPageBreak/>
        <w:drawing>
          <wp:inline distT="0" distB="0" distL="0" distR="0" wp14:anchorId="49609A95" wp14:editId="1F8A9268">
            <wp:extent cx="5486400" cy="3590925"/>
            <wp:effectExtent l="95250" t="95250" r="95250" b="104775"/>
            <wp:docPr id="650362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590925"/>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4BB66394" w14:textId="77777777" w:rsidR="007F6103" w:rsidRDefault="007F6103" w:rsidP="00C52C26">
      <w:pPr>
        <w:spacing w:after="0"/>
        <w:jc w:val="center"/>
        <w:rPr>
          <w:rFonts w:ascii="Times New Roman" w:hAnsi="Times New Roman" w:cs="Times New Roman"/>
          <w:b/>
          <w:bCs/>
          <w:i/>
          <w:iCs/>
          <w:color w:val="000000" w:themeColor="text1"/>
          <w:sz w:val="24"/>
          <w:szCs w:val="24"/>
          <w:lang w:val="en-IN"/>
        </w:rPr>
      </w:pPr>
    </w:p>
    <w:p w14:paraId="578302D4" w14:textId="3BCF82E4" w:rsidR="007F6103" w:rsidRDefault="007F6103" w:rsidP="007F6103">
      <w:pPr>
        <w:spacing w:after="0"/>
        <w:rPr>
          <w:rFonts w:ascii="Times New Roman" w:hAnsi="Times New Roman" w:cs="Times New Roman"/>
          <w:b/>
          <w:bCs/>
          <w:i/>
          <w:iCs/>
          <w:color w:val="000000" w:themeColor="text1"/>
          <w:sz w:val="24"/>
          <w:szCs w:val="24"/>
          <w:lang w:val="en-IN"/>
        </w:rPr>
      </w:pPr>
      <w:r w:rsidRPr="00A331B8">
        <w:rPr>
          <w:rFonts w:ascii="Times New Roman" w:hAnsi="Times New Roman" w:cs="Times New Roman"/>
          <w:b/>
          <w:bCs/>
          <w:i/>
          <w:iCs/>
          <w:color w:val="000000" w:themeColor="text1"/>
          <w:sz w:val="24"/>
          <w:szCs w:val="24"/>
          <w:lang w:val="en-IN"/>
        </w:rPr>
        <w:t xml:space="preserve">Students along with faculty members at </w:t>
      </w:r>
      <w:r w:rsidRPr="007F6103">
        <w:rPr>
          <w:b/>
          <w:bCs/>
          <w:i/>
          <w:iCs/>
          <w:sz w:val="24"/>
          <w:szCs w:val="24"/>
        </w:rPr>
        <w:t xml:space="preserve">Sant Tukaram </w:t>
      </w:r>
      <w:proofErr w:type="spellStart"/>
      <w:r w:rsidRPr="007F6103">
        <w:rPr>
          <w:b/>
          <w:bCs/>
          <w:i/>
          <w:iCs/>
          <w:sz w:val="24"/>
          <w:szCs w:val="24"/>
        </w:rPr>
        <w:t>Sahakari</w:t>
      </w:r>
      <w:proofErr w:type="spellEnd"/>
      <w:r w:rsidRPr="007F6103">
        <w:rPr>
          <w:b/>
          <w:bCs/>
          <w:i/>
          <w:iCs/>
          <w:sz w:val="24"/>
          <w:szCs w:val="24"/>
        </w:rPr>
        <w:t xml:space="preserve"> </w:t>
      </w:r>
      <w:proofErr w:type="spellStart"/>
      <w:r w:rsidRPr="007F6103">
        <w:rPr>
          <w:b/>
          <w:bCs/>
          <w:i/>
          <w:iCs/>
          <w:sz w:val="24"/>
          <w:szCs w:val="24"/>
        </w:rPr>
        <w:t>Sakhar</w:t>
      </w:r>
      <w:proofErr w:type="spellEnd"/>
      <w:r w:rsidRPr="007F6103">
        <w:rPr>
          <w:b/>
          <w:bCs/>
          <w:i/>
          <w:iCs/>
          <w:sz w:val="24"/>
          <w:szCs w:val="24"/>
        </w:rPr>
        <w:t xml:space="preserve"> </w:t>
      </w:r>
      <w:proofErr w:type="spellStart"/>
      <w:r w:rsidRPr="007F6103">
        <w:rPr>
          <w:b/>
          <w:bCs/>
          <w:i/>
          <w:iCs/>
          <w:sz w:val="24"/>
          <w:szCs w:val="24"/>
        </w:rPr>
        <w:t>Karkhana</w:t>
      </w:r>
      <w:proofErr w:type="spellEnd"/>
      <w:r w:rsidRPr="007F6103">
        <w:rPr>
          <w:b/>
          <w:bCs/>
          <w:i/>
          <w:iCs/>
          <w:sz w:val="24"/>
          <w:szCs w:val="24"/>
        </w:rPr>
        <w:t xml:space="preserve"> Ltd</w:t>
      </w:r>
      <w:r w:rsidRPr="007F6103">
        <w:rPr>
          <w:rFonts w:ascii="Times New Roman" w:hAnsi="Times New Roman" w:cs="Times New Roman"/>
          <w:b/>
          <w:bCs/>
          <w:i/>
          <w:iCs/>
          <w:color w:val="000000" w:themeColor="text1"/>
          <w:sz w:val="24"/>
          <w:szCs w:val="24"/>
          <w:lang w:val="en-IN"/>
        </w:rPr>
        <w:t>.</w:t>
      </w:r>
      <w:r>
        <w:rPr>
          <w:rFonts w:ascii="Times New Roman" w:hAnsi="Times New Roman" w:cs="Times New Roman"/>
          <w:b/>
          <w:bCs/>
          <w:i/>
          <w:iCs/>
          <w:color w:val="000000" w:themeColor="text1"/>
          <w:sz w:val="24"/>
          <w:szCs w:val="24"/>
          <w:lang w:val="en-IN"/>
        </w:rPr>
        <w:t xml:space="preserve"> -Geotagged photograph</w:t>
      </w:r>
    </w:p>
    <w:p w14:paraId="1C669B8C" w14:textId="77777777" w:rsidR="007F6103" w:rsidRDefault="007F6103" w:rsidP="007F6103">
      <w:pPr>
        <w:spacing w:after="0"/>
        <w:rPr>
          <w:rFonts w:ascii="Times New Roman" w:hAnsi="Times New Roman" w:cs="Times New Roman"/>
          <w:b/>
          <w:bCs/>
          <w:i/>
          <w:iCs/>
          <w:color w:val="000000" w:themeColor="text1"/>
          <w:sz w:val="24"/>
          <w:szCs w:val="24"/>
          <w:lang w:val="en-IN"/>
        </w:rPr>
      </w:pPr>
    </w:p>
    <w:p w14:paraId="28C0F710" w14:textId="45B61985" w:rsidR="007F6103" w:rsidRPr="007F6103" w:rsidRDefault="007F6103" w:rsidP="007F6103">
      <w:pPr>
        <w:spacing w:after="0"/>
        <w:rPr>
          <w:rFonts w:ascii="Times New Roman" w:hAnsi="Times New Roman" w:cs="Times New Roman"/>
          <w:b/>
          <w:bCs/>
          <w:i/>
          <w:iCs/>
          <w:color w:val="000000" w:themeColor="text1"/>
          <w:sz w:val="24"/>
          <w:szCs w:val="24"/>
          <w:lang w:val="en-IN"/>
        </w:rPr>
      </w:pPr>
      <w:r>
        <w:rPr>
          <w:noProof/>
        </w:rPr>
        <w:drawing>
          <wp:inline distT="0" distB="0" distL="0" distR="0" wp14:anchorId="43FC6DD5" wp14:editId="2A29C099">
            <wp:extent cx="5218072" cy="3124200"/>
            <wp:effectExtent l="95250" t="95250" r="97155" b="95250"/>
            <wp:docPr id="17180993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19903" cy="3125296"/>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41E43F39" w14:textId="1ECE85DA" w:rsidR="005076E2" w:rsidRDefault="00F7305C" w:rsidP="007117E0">
      <w:pPr>
        <w:spacing w:after="0"/>
        <w:jc w:val="center"/>
        <w:rPr>
          <w:rFonts w:ascii="Times New Roman" w:hAnsi="Times New Roman" w:cs="Times New Roman"/>
          <w:b/>
          <w:bCs/>
          <w:i/>
          <w:iCs/>
          <w:color w:val="000000" w:themeColor="text1"/>
          <w:sz w:val="24"/>
          <w:szCs w:val="24"/>
          <w:lang w:val="en-IN"/>
        </w:rPr>
      </w:pPr>
      <w:r w:rsidRPr="00A331B8">
        <w:rPr>
          <w:rFonts w:ascii="Times New Roman" w:hAnsi="Times New Roman" w:cs="Times New Roman"/>
          <w:b/>
          <w:bCs/>
          <w:i/>
          <w:iCs/>
          <w:color w:val="000000" w:themeColor="text1"/>
          <w:sz w:val="24"/>
          <w:szCs w:val="24"/>
          <w:lang w:val="en-IN"/>
        </w:rPr>
        <w:t xml:space="preserve">Students along with faculty members at </w:t>
      </w:r>
      <w:r w:rsidR="007F6103">
        <w:rPr>
          <w:rFonts w:ascii="Times New Roman" w:hAnsi="Times New Roman" w:cs="Times New Roman"/>
          <w:b/>
          <w:bCs/>
          <w:i/>
          <w:iCs/>
          <w:color w:val="000000" w:themeColor="text1"/>
          <w:sz w:val="24"/>
          <w:szCs w:val="24"/>
          <w:lang w:val="en-IN"/>
        </w:rPr>
        <w:t>the sugar manufacturing unit</w:t>
      </w:r>
      <w:r>
        <w:rPr>
          <w:rFonts w:ascii="Times New Roman" w:hAnsi="Times New Roman" w:cs="Times New Roman"/>
          <w:b/>
          <w:bCs/>
          <w:i/>
          <w:iCs/>
          <w:color w:val="000000" w:themeColor="text1"/>
          <w:sz w:val="24"/>
          <w:szCs w:val="24"/>
          <w:lang w:val="en-IN"/>
        </w:rPr>
        <w:t>.</w:t>
      </w:r>
    </w:p>
    <w:p w14:paraId="73F1AE9F" w14:textId="77777777" w:rsidR="00C97B1D" w:rsidRPr="007117E0" w:rsidRDefault="00C97B1D" w:rsidP="007117E0">
      <w:pPr>
        <w:spacing w:after="0"/>
        <w:jc w:val="center"/>
        <w:rPr>
          <w:rFonts w:ascii="Times New Roman" w:hAnsi="Times New Roman" w:cs="Times New Roman"/>
          <w:b/>
          <w:bCs/>
          <w:color w:val="000000" w:themeColor="text1"/>
          <w:sz w:val="26"/>
          <w:szCs w:val="26"/>
          <w:lang w:val="en-IN"/>
        </w:rPr>
      </w:pPr>
    </w:p>
    <w:p w14:paraId="5B781A0F" w14:textId="34F9D9BE" w:rsidR="005076E2" w:rsidRDefault="005076E2" w:rsidP="00B26BC7">
      <w:pPr>
        <w:spacing w:after="0"/>
        <w:ind w:left="-426"/>
        <w:rPr>
          <w:rFonts w:ascii="Times New Roman" w:hAnsi="Times New Roman" w:cs="Times New Roman"/>
          <w:b/>
          <w:bCs/>
          <w:color w:val="000000" w:themeColor="text1"/>
          <w:sz w:val="24"/>
          <w:szCs w:val="24"/>
          <w:lang w:val="en-IN"/>
        </w:rPr>
      </w:pPr>
    </w:p>
    <w:p w14:paraId="183161C2" w14:textId="6DD8F906" w:rsidR="00E54B11" w:rsidRPr="00B26BC7" w:rsidRDefault="00DD5DCE" w:rsidP="00B26BC7">
      <w:pPr>
        <w:spacing w:after="0"/>
        <w:ind w:left="-426"/>
        <w:rPr>
          <w:rFonts w:ascii="Times New Roman" w:hAnsi="Times New Roman" w:cs="Times New Roman"/>
          <w:b/>
          <w:bCs/>
          <w:color w:val="000000" w:themeColor="text1"/>
          <w:sz w:val="24"/>
          <w:szCs w:val="24"/>
          <w:lang w:val="en-IN"/>
        </w:rPr>
      </w:pPr>
      <w:r>
        <w:rPr>
          <w:rFonts w:ascii="Times New Roman" w:hAnsi="Times New Roman" w:cs="Times New Roman"/>
          <w:b/>
          <w:bCs/>
          <w:color w:val="000000" w:themeColor="text1"/>
          <w:sz w:val="24"/>
          <w:szCs w:val="24"/>
          <w:lang w:val="en-IN"/>
        </w:rPr>
        <w:lastRenderedPageBreak/>
        <w:t>1</w:t>
      </w:r>
      <w:r w:rsidR="007F6103">
        <w:rPr>
          <w:rFonts w:ascii="Times New Roman" w:hAnsi="Times New Roman" w:cs="Times New Roman"/>
          <w:b/>
          <w:bCs/>
          <w:color w:val="000000" w:themeColor="text1"/>
          <w:sz w:val="24"/>
          <w:szCs w:val="24"/>
          <w:lang w:val="en-IN"/>
        </w:rPr>
        <w:t>2</w:t>
      </w:r>
      <w:r>
        <w:rPr>
          <w:rFonts w:ascii="Times New Roman" w:hAnsi="Times New Roman" w:cs="Times New Roman"/>
          <w:b/>
          <w:bCs/>
          <w:color w:val="000000" w:themeColor="text1"/>
          <w:sz w:val="24"/>
          <w:szCs w:val="24"/>
          <w:lang w:val="en-IN"/>
        </w:rPr>
        <w:t xml:space="preserve">. </w:t>
      </w:r>
      <w:r w:rsidR="00E54B11" w:rsidRPr="00B26BC7">
        <w:rPr>
          <w:rFonts w:ascii="Times New Roman" w:hAnsi="Times New Roman" w:cs="Times New Roman"/>
          <w:b/>
          <w:bCs/>
          <w:color w:val="000000" w:themeColor="text1"/>
          <w:sz w:val="24"/>
          <w:szCs w:val="24"/>
          <w:lang w:val="en-IN"/>
        </w:rPr>
        <w:t>Acknowledgement:</w:t>
      </w:r>
    </w:p>
    <w:p w14:paraId="68730DB2" w14:textId="419BEDE3" w:rsidR="00193E89" w:rsidRDefault="00F24274" w:rsidP="004A508B">
      <w:pPr>
        <w:pStyle w:val="ListParagraph"/>
        <w:spacing w:after="0"/>
        <w:ind w:left="-66"/>
        <w:jc w:val="both"/>
        <w:rPr>
          <w:rFonts w:ascii="Times New Roman" w:hAnsi="Times New Roman" w:cs="Times New Roman"/>
          <w:color w:val="000000" w:themeColor="text1"/>
          <w:sz w:val="24"/>
          <w:szCs w:val="24"/>
          <w:lang w:val="en-IN"/>
        </w:rPr>
      </w:pPr>
      <w:r w:rsidRPr="00F24274">
        <w:rPr>
          <w:rFonts w:ascii="Times New Roman" w:hAnsi="Times New Roman" w:cs="Times New Roman"/>
          <w:color w:val="000000" w:themeColor="text1"/>
          <w:sz w:val="24"/>
          <w:szCs w:val="24"/>
          <w:lang w:val="en-IN"/>
        </w:rPr>
        <w:t>The Department of Business Administration expresses its sincere gratitude to</w:t>
      </w:r>
      <w:r>
        <w:rPr>
          <w:rFonts w:ascii="Times New Roman" w:hAnsi="Times New Roman" w:cs="Times New Roman"/>
          <w:color w:val="000000" w:themeColor="text1"/>
          <w:sz w:val="24"/>
          <w:szCs w:val="24"/>
          <w:lang w:val="en-IN"/>
        </w:rPr>
        <w:t xml:space="preserve"> </w:t>
      </w:r>
      <w:r w:rsidRPr="00F24274">
        <w:rPr>
          <w:rFonts w:ascii="Times New Roman" w:hAnsi="Times New Roman" w:cs="Times New Roman"/>
          <w:color w:val="000000" w:themeColor="text1"/>
          <w:sz w:val="24"/>
          <w:szCs w:val="24"/>
          <w:lang w:val="en-IN"/>
        </w:rPr>
        <w:t xml:space="preserve">Principal </w:t>
      </w:r>
      <w:proofErr w:type="spellStart"/>
      <w:r w:rsidR="004A508B">
        <w:rPr>
          <w:rFonts w:ascii="Times New Roman" w:hAnsi="Times New Roman" w:cs="Times New Roman"/>
          <w:color w:val="000000" w:themeColor="text1"/>
          <w:sz w:val="24"/>
          <w:szCs w:val="24"/>
          <w:lang w:val="en-IN"/>
        </w:rPr>
        <w:t>Dr.</w:t>
      </w:r>
      <w:proofErr w:type="spellEnd"/>
      <w:r w:rsidR="004A508B">
        <w:rPr>
          <w:rFonts w:ascii="Times New Roman" w:hAnsi="Times New Roman" w:cs="Times New Roman"/>
          <w:color w:val="000000" w:themeColor="text1"/>
          <w:sz w:val="24"/>
          <w:szCs w:val="24"/>
          <w:lang w:val="en-IN"/>
        </w:rPr>
        <w:t xml:space="preserve"> Kishor Nikam</w:t>
      </w:r>
      <w:r w:rsidRPr="00F24274">
        <w:rPr>
          <w:rFonts w:ascii="Times New Roman" w:hAnsi="Times New Roman" w:cs="Times New Roman"/>
          <w:color w:val="000000" w:themeColor="text1"/>
          <w:sz w:val="24"/>
          <w:szCs w:val="24"/>
          <w:lang w:val="en-IN"/>
        </w:rPr>
        <w:t xml:space="preserve"> for permitting and supporting the visit.</w:t>
      </w:r>
      <w:r w:rsidR="004A508B">
        <w:rPr>
          <w:rFonts w:ascii="Times New Roman" w:hAnsi="Times New Roman" w:cs="Times New Roman"/>
          <w:color w:val="000000" w:themeColor="text1"/>
          <w:sz w:val="24"/>
          <w:szCs w:val="24"/>
          <w:lang w:val="en-IN"/>
        </w:rPr>
        <w:t xml:space="preserve"> </w:t>
      </w:r>
      <w:proofErr w:type="spellStart"/>
      <w:r w:rsidR="004A508B">
        <w:rPr>
          <w:rFonts w:ascii="Times New Roman" w:hAnsi="Times New Roman" w:cs="Times New Roman"/>
          <w:color w:val="000000" w:themeColor="text1"/>
          <w:sz w:val="24"/>
          <w:szCs w:val="24"/>
          <w:lang w:val="en-IN"/>
        </w:rPr>
        <w:t>Dr.</w:t>
      </w:r>
      <w:proofErr w:type="spellEnd"/>
      <w:r w:rsidR="004A508B">
        <w:rPr>
          <w:rFonts w:ascii="Times New Roman" w:hAnsi="Times New Roman" w:cs="Times New Roman"/>
          <w:color w:val="000000" w:themeColor="text1"/>
          <w:sz w:val="24"/>
          <w:szCs w:val="24"/>
          <w:lang w:val="en-IN"/>
        </w:rPr>
        <w:t xml:space="preserve"> Ganesh </w:t>
      </w:r>
      <w:proofErr w:type="spellStart"/>
      <w:r w:rsidR="004A508B">
        <w:rPr>
          <w:rFonts w:ascii="Times New Roman" w:hAnsi="Times New Roman" w:cs="Times New Roman"/>
          <w:color w:val="000000" w:themeColor="text1"/>
          <w:sz w:val="24"/>
          <w:szCs w:val="24"/>
          <w:lang w:val="en-IN"/>
        </w:rPr>
        <w:t>Patare</w:t>
      </w:r>
      <w:proofErr w:type="spellEnd"/>
      <w:r w:rsidR="004A508B">
        <w:rPr>
          <w:rFonts w:ascii="Times New Roman" w:hAnsi="Times New Roman" w:cs="Times New Roman"/>
          <w:color w:val="000000" w:themeColor="text1"/>
          <w:sz w:val="24"/>
          <w:szCs w:val="24"/>
          <w:lang w:val="en-IN"/>
        </w:rPr>
        <w:t xml:space="preserve"> for his visionary guidance and motivation</w:t>
      </w:r>
      <w:r>
        <w:rPr>
          <w:rFonts w:ascii="Times New Roman" w:hAnsi="Times New Roman" w:cs="Times New Roman"/>
          <w:color w:val="000000" w:themeColor="text1"/>
          <w:sz w:val="24"/>
          <w:szCs w:val="24"/>
          <w:lang w:val="en-IN"/>
        </w:rPr>
        <w:t xml:space="preserve"> </w:t>
      </w:r>
      <w:r w:rsidRPr="00F24274">
        <w:rPr>
          <w:rFonts w:ascii="Times New Roman" w:hAnsi="Times New Roman" w:cs="Times New Roman"/>
          <w:color w:val="000000" w:themeColor="text1"/>
          <w:sz w:val="24"/>
          <w:szCs w:val="24"/>
          <w:lang w:val="en-IN"/>
        </w:rPr>
        <w:t xml:space="preserve">Head of Department, </w:t>
      </w:r>
      <w:proofErr w:type="spellStart"/>
      <w:r w:rsidRPr="00F24274">
        <w:rPr>
          <w:rFonts w:ascii="Times New Roman" w:hAnsi="Times New Roman" w:cs="Times New Roman"/>
          <w:color w:val="000000" w:themeColor="text1"/>
          <w:sz w:val="24"/>
          <w:szCs w:val="24"/>
          <w:lang w:val="en-IN"/>
        </w:rPr>
        <w:t>Dr.</w:t>
      </w:r>
      <w:proofErr w:type="spellEnd"/>
      <w:r w:rsidRPr="00F24274">
        <w:rPr>
          <w:rFonts w:ascii="Times New Roman" w:hAnsi="Times New Roman" w:cs="Times New Roman"/>
          <w:color w:val="000000" w:themeColor="text1"/>
          <w:sz w:val="24"/>
          <w:szCs w:val="24"/>
          <w:lang w:val="en-IN"/>
        </w:rPr>
        <w:t xml:space="preserve"> Gurmeet Kaur Rajpal, for her guidance and efforts in coordinating the activity</w:t>
      </w:r>
      <w:r w:rsidR="00874B2C">
        <w:rPr>
          <w:rFonts w:ascii="Times New Roman" w:hAnsi="Times New Roman" w:cs="Times New Roman"/>
          <w:color w:val="000000" w:themeColor="text1"/>
          <w:sz w:val="24"/>
          <w:szCs w:val="24"/>
          <w:lang w:val="en-IN"/>
        </w:rPr>
        <w:t xml:space="preserve"> and all faculty members for their efforts and smooth organisation along with the non-teaching staff for maintaining the discipline and order during the visit. </w:t>
      </w:r>
      <w:r w:rsidRPr="00F24274">
        <w:rPr>
          <w:rFonts w:ascii="Times New Roman" w:hAnsi="Times New Roman" w:cs="Times New Roman"/>
          <w:color w:val="000000" w:themeColor="text1"/>
          <w:sz w:val="24"/>
          <w:szCs w:val="24"/>
          <w:lang w:val="en-IN"/>
        </w:rPr>
        <w:t xml:space="preserve"> </w:t>
      </w:r>
    </w:p>
    <w:p w14:paraId="40F7387B" w14:textId="01CADF60" w:rsidR="006551FD" w:rsidRPr="00520292" w:rsidRDefault="006551FD" w:rsidP="004A508B">
      <w:pPr>
        <w:pStyle w:val="ListParagraph"/>
        <w:spacing w:after="0"/>
        <w:ind w:left="-66"/>
        <w:jc w:val="both"/>
        <w:rPr>
          <w:rFonts w:ascii="Times New Roman" w:hAnsi="Times New Roman" w:cs="Times New Roman"/>
          <w:color w:val="000000" w:themeColor="text1"/>
          <w:sz w:val="24"/>
          <w:szCs w:val="24"/>
          <w:lang w:val="en-IN"/>
        </w:rPr>
      </w:pPr>
    </w:p>
    <w:p w14:paraId="6972A1BE" w14:textId="77777777" w:rsidR="008F0F25" w:rsidRPr="00E21043" w:rsidRDefault="008F0F25" w:rsidP="008F0F25">
      <w:pPr>
        <w:spacing w:after="0"/>
        <w:rPr>
          <w:rFonts w:ascii="Times New Roman" w:hAnsi="Times New Roman" w:cs="Times New Roman"/>
          <w:b/>
          <w:bCs/>
          <w:color w:val="000000" w:themeColor="text1"/>
          <w:sz w:val="24"/>
          <w:szCs w:val="24"/>
          <w:lang w:val="en-IN"/>
        </w:rPr>
      </w:pPr>
    </w:p>
    <w:p w14:paraId="3E6DD212" w14:textId="4627DF8F" w:rsidR="00A35D71" w:rsidRDefault="00A35D71" w:rsidP="00A35D71">
      <w:pPr>
        <w:spacing w:after="0"/>
        <w:ind w:left="-142"/>
        <w:rPr>
          <w:rFonts w:ascii="Times New Roman" w:hAnsi="Times New Roman" w:cs="Times New Roman"/>
          <w:b/>
          <w:bCs/>
          <w:color w:val="000000" w:themeColor="text1"/>
          <w:sz w:val="24"/>
          <w:szCs w:val="24"/>
          <w:lang w:val="en-IN"/>
        </w:rPr>
      </w:pPr>
      <w:r>
        <w:rPr>
          <w:rFonts w:ascii="Times New Roman" w:hAnsi="Times New Roman" w:cs="Times New Roman"/>
          <w:b/>
          <w:bCs/>
          <w:color w:val="000000" w:themeColor="text1"/>
          <w:sz w:val="24"/>
          <w:szCs w:val="24"/>
          <w:lang w:val="en-IN"/>
        </w:rPr>
        <w:t xml:space="preserve">   </w:t>
      </w:r>
      <w:r w:rsidR="0015556B" w:rsidRPr="00E21043">
        <w:rPr>
          <w:rFonts w:ascii="Times New Roman" w:hAnsi="Times New Roman" w:cs="Times New Roman"/>
          <w:b/>
          <w:bCs/>
          <w:color w:val="000000" w:themeColor="text1"/>
          <w:sz w:val="24"/>
          <w:szCs w:val="24"/>
          <w:lang w:val="en-IN"/>
        </w:rPr>
        <w:t xml:space="preserve">Prepared By:                                </w:t>
      </w:r>
      <w:r w:rsidR="0015556B">
        <w:rPr>
          <w:rFonts w:ascii="Times New Roman" w:hAnsi="Times New Roman" w:cs="Times New Roman"/>
          <w:b/>
          <w:bCs/>
          <w:color w:val="000000" w:themeColor="text1"/>
          <w:sz w:val="24"/>
          <w:szCs w:val="24"/>
          <w:lang w:val="en-IN"/>
        </w:rPr>
        <w:t xml:space="preserve"> </w:t>
      </w:r>
      <w:r w:rsidR="0015556B" w:rsidRPr="00E21043">
        <w:rPr>
          <w:rFonts w:ascii="Times New Roman" w:hAnsi="Times New Roman" w:cs="Times New Roman"/>
          <w:b/>
          <w:bCs/>
          <w:color w:val="000000" w:themeColor="text1"/>
          <w:sz w:val="24"/>
          <w:szCs w:val="24"/>
          <w:lang w:val="en-IN"/>
        </w:rPr>
        <w:t xml:space="preserve">  </w:t>
      </w:r>
      <w:r>
        <w:rPr>
          <w:rFonts w:ascii="Times New Roman" w:hAnsi="Times New Roman" w:cs="Times New Roman"/>
          <w:b/>
          <w:bCs/>
          <w:color w:val="000000" w:themeColor="text1"/>
          <w:sz w:val="24"/>
          <w:szCs w:val="24"/>
          <w:lang w:val="en-IN"/>
        </w:rPr>
        <w:t xml:space="preserve">                                              </w:t>
      </w:r>
      <w:r w:rsidR="0015556B" w:rsidRPr="00E21043">
        <w:rPr>
          <w:rFonts w:ascii="Times New Roman" w:hAnsi="Times New Roman" w:cs="Times New Roman"/>
          <w:b/>
          <w:bCs/>
          <w:color w:val="000000" w:themeColor="text1"/>
          <w:sz w:val="24"/>
          <w:szCs w:val="24"/>
          <w:lang w:val="en-IN"/>
        </w:rPr>
        <w:t xml:space="preserve">   Verified By:                                  </w:t>
      </w:r>
    </w:p>
    <w:p w14:paraId="0379E82D" w14:textId="7E838780" w:rsidR="00A35D71" w:rsidRDefault="0033007E" w:rsidP="00A35D71">
      <w:pPr>
        <w:spacing w:after="0"/>
        <w:ind w:left="-142"/>
        <w:rPr>
          <w:rFonts w:ascii="Times New Roman" w:hAnsi="Times New Roman" w:cs="Times New Roman"/>
          <w:b/>
          <w:bCs/>
          <w:color w:val="000000" w:themeColor="text1"/>
          <w:sz w:val="24"/>
          <w:szCs w:val="24"/>
          <w:lang w:val="en-IN"/>
        </w:rPr>
      </w:pPr>
      <w:r>
        <w:rPr>
          <w:noProof/>
        </w:rPr>
        <w:drawing>
          <wp:anchor distT="0" distB="0" distL="114300" distR="114300" simplePos="0" relativeHeight="251657216" behindDoc="0" locked="0" layoutInCell="1" allowOverlap="1" wp14:anchorId="4451FE34" wp14:editId="09D2CA25">
            <wp:simplePos x="0" y="0"/>
            <wp:positionH relativeFrom="column">
              <wp:posOffset>3970020</wp:posOffset>
            </wp:positionH>
            <wp:positionV relativeFrom="paragraph">
              <wp:posOffset>182880</wp:posOffset>
            </wp:positionV>
            <wp:extent cx="935355" cy="63817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3535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color w:val="000000" w:themeColor="text1"/>
          <w:sz w:val="24"/>
          <w:szCs w:val="24"/>
          <w:lang w:val="en-IN"/>
        </w:rPr>
        <w:drawing>
          <wp:anchor distT="0" distB="0" distL="114300" distR="114300" simplePos="0" relativeHeight="251654144" behindDoc="0" locked="0" layoutInCell="1" allowOverlap="1" wp14:anchorId="13C39790" wp14:editId="2268B0BA">
            <wp:simplePos x="0" y="0"/>
            <wp:positionH relativeFrom="column">
              <wp:posOffset>66675</wp:posOffset>
            </wp:positionH>
            <wp:positionV relativeFrom="paragraph">
              <wp:posOffset>77470</wp:posOffset>
            </wp:positionV>
            <wp:extent cx="962025" cy="871855"/>
            <wp:effectExtent l="0" t="0" r="0" b="444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6"/>
                    <a:srcRect l="19204" t="26497" r="25527" b="36922"/>
                    <a:stretch/>
                  </pic:blipFill>
                  <pic:spPr bwMode="auto">
                    <a:xfrm>
                      <a:off x="0" y="0"/>
                      <a:ext cx="962025" cy="871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133B92" w14:textId="36A1F6BD" w:rsidR="00A35D71" w:rsidRDefault="00A35D71" w:rsidP="00A35D71">
      <w:pPr>
        <w:spacing w:after="0"/>
        <w:ind w:left="-142"/>
        <w:rPr>
          <w:rFonts w:ascii="Times New Roman" w:hAnsi="Times New Roman" w:cs="Times New Roman"/>
          <w:b/>
          <w:bCs/>
          <w:color w:val="000000" w:themeColor="text1"/>
          <w:sz w:val="24"/>
          <w:szCs w:val="24"/>
          <w:lang w:val="en-IN"/>
        </w:rPr>
      </w:pPr>
    </w:p>
    <w:p w14:paraId="6F029196" w14:textId="77777777" w:rsidR="00A35D71" w:rsidRDefault="00A35D71" w:rsidP="00A35D71">
      <w:pPr>
        <w:spacing w:after="0"/>
        <w:ind w:left="-142"/>
        <w:rPr>
          <w:rFonts w:ascii="Times New Roman" w:hAnsi="Times New Roman" w:cs="Times New Roman"/>
          <w:b/>
          <w:bCs/>
          <w:color w:val="000000" w:themeColor="text1"/>
          <w:sz w:val="24"/>
          <w:szCs w:val="24"/>
          <w:lang w:val="en-IN"/>
        </w:rPr>
      </w:pPr>
    </w:p>
    <w:p w14:paraId="73AE5DA8" w14:textId="77777777" w:rsidR="00A35D71" w:rsidRDefault="00A35D71" w:rsidP="00A35D71">
      <w:pPr>
        <w:spacing w:after="0"/>
        <w:ind w:left="-142"/>
        <w:rPr>
          <w:rFonts w:ascii="Times New Roman" w:hAnsi="Times New Roman" w:cs="Times New Roman"/>
          <w:b/>
          <w:bCs/>
          <w:color w:val="000000" w:themeColor="text1"/>
          <w:sz w:val="24"/>
          <w:szCs w:val="24"/>
          <w:lang w:val="en-IN"/>
        </w:rPr>
      </w:pPr>
    </w:p>
    <w:p w14:paraId="11B6EA34" w14:textId="77777777" w:rsidR="00A35D71" w:rsidRDefault="00A35D71" w:rsidP="00A35D71">
      <w:pPr>
        <w:spacing w:after="0"/>
        <w:ind w:left="-142"/>
        <w:rPr>
          <w:rFonts w:ascii="Times New Roman" w:hAnsi="Times New Roman" w:cs="Times New Roman"/>
          <w:b/>
          <w:bCs/>
          <w:color w:val="000000" w:themeColor="text1"/>
          <w:sz w:val="24"/>
          <w:szCs w:val="24"/>
          <w:lang w:val="en-IN"/>
        </w:rPr>
      </w:pPr>
    </w:p>
    <w:p w14:paraId="07B3ED19" w14:textId="76985B8A" w:rsidR="00A35D71" w:rsidRDefault="00A35D71" w:rsidP="00A35D71">
      <w:pPr>
        <w:spacing w:after="0"/>
        <w:ind w:left="-142"/>
        <w:rPr>
          <w:rFonts w:ascii="Times New Roman" w:hAnsi="Times New Roman" w:cs="Times New Roman"/>
          <w:color w:val="000000" w:themeColor="text1"/>
          <w:sz w:val="24"/>
          <w:szCs w:val="24"/>
          <w:lang w:val="en-IN"/>
        </w:rPr>
      </w:pPr>
      <w:r w:rsidRPr="00E21043">
        <w:rPr>
          <w:rFonts w:ascii="Times New Roman" w:hAnsi="Times New Roman" w:cs="Times New Roman"/>
          <w:color w:val="000000" w:themeColor="text1"/>
          <w:sz w:val="24"/>
          <w:szCs w:val="24"/>
          <w:lang w:val="en-IN"/>
        </w:rPr>
        <w:t xml:space="preserve">Asst. Prof. Reshma </w:t>
      </w:r>
      <w:proofErr w:type="spellStart"/>
      <w:r w:rsidRPr="00E21043">
        <w:rPr>
          <w:rFonts w:ascii="Times New Roman" w:hAnsi="Times New Roman" w:cs="Times New Roman"/>
          <w:color w:val="000000" w:themeColor="text1"/>
          <w:sz w:val="24"/>
          <w:szCs w:val="24"/>
          <w:lang w:val="en-IN"/>
        </w:rPr>
        <w:t>Awati</w:t>
      </w:r>
      <w:proofErr w:type="spellEnd"/>
      <w:r>
        <w:rPr>
          <w:rFonts w:ascii="Times New Roman" w:hAnsi="Times New Roman" w:cs="Times New Roman"/>
          <w:color w:val="000000" w:themeColor="text1"/>
          <w:sz w:val="24"/>
          <w:szCs w:val="24"/>
          <w:lang w:val="en-IN"/>
        </w:rPr>
        <w:t xml:space="preserve">                                                          </w:t>
      </w:r>
      <w:proofErr w:type="spellStart"/>
      <w:r w:rsidRPr="00E21043">
        <w:rPr>
          <w:rFonts w:ascii="Times New Roman" w:hAnsi="Times New Roman" w:cs="Times New Roman"/>
          <w:color w:val="000000" w:themeColor="text1"/>
          <w:sz w:val="24"/>
          <w:szCs w:val="24"/>
          <w:lang w:val="en-IN"/>
        </w:rPr>
        <w:t>Dr.</w:t>
      </w:r>
      <w:proofErr w:type="spellEnd"/>
      <w:r w:rsidRPr="00E21043">
        <w:rPr>
          <w:rFonts w:ascii="Times New Roman" w:hAnsi="Times New Roman" w:cs="Times New Roman"/>
          <w:color w:val="000000" w:themeColor="text1"/>
          <w:sz w:val="24"/>
          <w:szCs w:val="24"/>
          <w:lang w:val="en-IN"/>
        </w:rPr>
        <w:t xml:space="preserve"> Gurmeet Kaur Rajpal       </w:t>
      </w:r>
    </w:p>
    <w:p w14:paraId="0EC82324" w14:textId="750C0A07" w:rsidR="00A35D71" w:rsidRDefault="00A35D71" w:rsidP="00A35D71">
      <w:pPr>
        <w:spacing w:after="0"/>
        <w:ind w:left="-142"/>
        <w:rPr>
          <w:rFonts w:ascii="Times New Roman" w:hAnsi="Times New Roman" w:cs="Times New Roman"/>
          <w:b/>
          <w:bCs/>
          <w:color w:val="000000" w:themeColor="text1"/>
          <w:sz w:val="24"/>
          <w:szCs w:val="24"/>
          <w:lang w:val="en-IN"/>
        </w:rPr>
      </w:pPr>
      <w:r>
        <w:rPr>
          <w:rFonts w:ascii="Times New Roman" w:hAnsi="Times New Roman" w:cs="Times New Roman"/>
          <w:color w:val="000000" w:themeColor="text1"/>
          <w:sz w:val="24"/>
          <w:szCs w:val="24"/>
          <w:lang w:val="en-IN"/>
        </w:rPr>
        <w:t xml:space="preserve">      </w:t>
      </w:r>
      <w:r w:rsidRPr="00E21043">
        <w:rPr>
          <w:rFonts w:ascii="Times New Roman" w:hAnsi="Times New Roman" w:cs="Times New Roman"/>
          <w:color w:val="000000" w:themeColor="text1"/>
          <w:sz w:val="24"/>
          <w:szCs w:val="24"/>
          <w:lang w:val="en-IN"/>
        </w:rPr>
        <w:t xml:space="preserve">Event In-Charge               </w:t>
      </w:r>
      <w:r>
        <w:rPr>
          <w:rFonts w:ascii="Times New Roman" w:hAnsi="Times New Roman" w:cs="Times New Roman"/>
          <w:color w:val="000000" w:themeColor="text1"/>
          <w:sz w:val="24"/>
          <w:szCs w:val="24"/>
          <w:lang w:val="en-IN"/>
        </w:rPr>
        <w:t xml:space="preserve">                                                           </w:t>
      </w:r>
      <w:r w:rsidRPr="00E21043">
        <w:rPr>
          <w:rFonts w:ascii="Times New Roman" w:hAnsi="Times New Roman" w:cs="Times New Roman"/>
          <w:color w:val="000000" w:themeColor="text1"/>
          <w:sz w:val="24"/>
          <w:szCs w:val="24"/>
          <w:lang w:val="en-IN"/>
        </w:rPr>
        <w:t>Head of Department</w:t>
      </w:r>
      <w:r>
        <w:rPr>
          <w:rFonts w:ascii="Times New Roman" w:hAnsi="Times New Roman" w:cs="Times New Roman"/>
          <w:color w:val="000000" w:themeColor="text1"/>
          <w:sz w:val="24"/>
          <w:szCs w:val="24"/>
          <w:lang w:val="en-IN"/>
        </w:rPr>
        <w:t xml:space="preserve">                     </w:t>
      </w:r>
    </w:p>
    <w:p w14:paraId="1CDFEDFF" w14:textId="77777777" w:rsidR="00A35D71" w:rsidRDefault="00A35D71" w:rsidP="0015556B">
      <w:pPr>
        <w:spacing w:after="0"/>
        <w:ind w:left="-142"/>
        <w:jc w:val="center"/>
        <w:rPr>
          <w:rFonts w:ascii="Times New Roman" w:hAnsi="Times New Roman" w:cs="Times New Roman"/>
          <w:b/>
          <w:bCs/>
          <w:color w:val="000000" w:themeColor="text1"/>
          <w:sz w:val="24"/>
          <w:szCs w:val="24"/>
          <w:lang w:val="en-IN"/>
        </w:rPr>
      </w:pPr>
    </w:p>
    <w:p w14:paraId="3815D47E" w14:textId="363749DF" w:rsidR="00A35D71" w:rsidRDefault="00A35D71" w:rsidP="00A35D71">
      <w:pPr>
        <w:spacing w:after="0"/>
        <w:rPr>
          <w:rFonts w:ascii="Times New Roman" w:hAnsi="Times New Roman" w:cs="Times New Roman"/>
          <w:b/>
          <w:bCs/>
          <w:color w:val="000000" w:themeColor="text1"/>
          <w:sz w:val="24"/>
          <w:szCs w:val="24"/>
          <w:lang w:val="en-IN"/>
        </w:rPr>
      </w:pPr>
    </w:p>
    <w:p w14:paraId="11583705" w14:textId="320F2AE2" w:rsidR="0015556B" w:rsidRPr="00E21043" w:rsidRDefault="0015556B" w:rsidP="00A35D71">
      <w:pPr>
        <w:spacing w:after="0"/>
        <w:rPr>
          <w:rFonts w:ascii="Times New Roman" w:hAnsi="Times New Roman" w:cs="Times New Roman"/>
          <w:b/>
          <w:bCs/>
          <w:color w:val="000000" w:themeColor="text1"/>
          <w:sz w:val="24"/>
          <w:szCs w:val="24"/>
          <w:lang w:val="en-IN"/>
        </w:rPr>
      </w:pPr>
      <w:r w:rsidRPr="00E21043">
        <w:rPr>
          <w:rFonts w:ascii="Times New Roman" w:hAnsi="Times New Roman" w:cs="Times New Roman"/>
          <w:b/>
          <w:bCs/>
          <w:color w:val="000000" w:themeColor="text1"/>
          <w:sz w:val="24"/>
          <w:szCs w:val="24"/>
          <w:lang w:val="en-IN"/>
        </w:rPr>
        <w:t>Authorized By:</w:t>
      </w:r>
    </w:p>
    <w:p w14:paraId="00437437" w14:textId="09B4074A" w:rsidR="0015556B" w:rsidRDefault="0033007E" w:rsidP="0015556B">
      <w:pPr>
        <w:spacing w:after="0"/>
        <w:ind w:left="-142"/>
        <w:rPr>
          <w:rFonts w:ascii="Times New Roman" w:hAnsi="Times New Roman" w:cs="Times New Roman"/>
          <w:b/>
          <w:bCs/>
          <w:color w:val="000000" w:themeColor="text1"/>
          <w:sz w:val="24"/>
          <w:szCs w:val="24"/>
          <w:lang w:val="en-IN"/>
        </w:rPr>
      </w:pPr>
      <w:r w:rsidRPr="00DA50D2">
        <w:rPr>
          <w:rFonts w:ascii="Times New Roman" w:eastAsia="Times New Roman" w:hAnsi="Times New Roman" w:cs="Times New Roman"/>
          <w:noProof/>
          <w:sz w:val="24"/>
          <w:szCs w:val="24"/>
          <w:lang w:eastAsia="en-IN"/>
        </w:rPr>
        <w:drawing>
          <wp:anchor distT="0" distB="0" distL="114300" distR="114300" simplePos="0" relativeHeight="251664384" behindDoc="0" locked="0" layoutInCell="1" allowOverlap="1" wp14:anchorId="25B84BE1" wp14:editId="7E4B6E35">
            <wp:simplePos x="0" y="0"/>
            <wp:positionH relativeFrom="column">
              <wp:posOffset>4008120</wp:posOffset>
            </wp:positionH>
            <wp:positionV relativeFrom="paragraph">
              <wp:posOffset>210820</wp:posOffset>
            </wp:positionV>
            <wp:extent cx="686435" cy="6667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86435" cy="6667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244DAE5E" wp14:editId="19CCD063">
            <wp:simplePos x="0" y="0"/>
            <wp:positionH relativeFrom="column">
              <wp:posOffset>171450</wp:posOffset>
            </wp:positionH>
            <wp:positionV relativeFrom="paragraph">
              <wp:posOffset>201295</wp:posOffset>
            </wp:positionV>
            <wp:extent cx="798195" cy="676275"/>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duotone>
                        <a:prstClr val="black"/>
                        <a:schemeClr val="tx2">
                          <a:tint val="45000"/>
                          <a:satMod val="400000"/>
                        </a:schemeClr>
                      </a:duotone>
                      <a:extLst>
                        <a:ext uri="{BEBA8EAE-BF5A-486C-A8C5-ECC9F3942E4B}">
                          <a14:imgProps xmlns:a14="http://schemas.microsoft.com/office/drawing/2010/main">
                            <a14:imgLayer r:embed="rId19">
                              <a14:imgEffect>
                                <a14:colorTemperature colorTemp="7929"/>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798195" cy="676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556B" w:rsidRPr="00E21043">
        <w:rPr>
          <w:rFonts w:ascii="Times New Roman" w:hAnsi="Times New Roman" w:cs="Times New Roman"/>
          <w:b/>
          <w:bCs/>
          <w:color w:val="000000" w:themeColor="text1"/>
          <w:sz w:val="24"/>
          <w:szCs w:val="24"/>
          <w:lang w:val="en-IN"/>
        </w:rPr>
        <w:t xml:space="preserve">     </w:t>
      </w:r>
    </w:p>
    <w:p w14:paraId="1227D473" w14:textId="49743221" w:rsidR="00A35D71" w:rsidRDefault="00A35D71" w:rsidP="0015556B">
      <w:pPr>
        <w:spacing w:after="0"/>
        <w:ind w:left="-142"/>
        <w:rPr>
          <w:rFonts w:ascii="Times New Roman" w:hAnsi="Times New Roman" w:cs="Times New Roman"/>
          <w:b/>
          <w:bCs/>
          <w:color w:val="000000" w:themeColor="text1"/>
          <w:sz w:val="24"/>
          <w:szCs w:val="24"/>
          <w:lang w:val="en-IN"/>
        </w:rPr>
      </w:pPr>
    </w:p>
    <w:p w14:paraId="3A7EFEB1" w14:textId="77777777" w:rsidR="00A35D71" w:rsidRPr="00A35D71" w:rsidRDefault="00A35D71" w:rsidP="0015556B">
      <w:pPr>
        <w:spacing w:after="0"/>
        <w:ind w:left="-142"/>
        <w:rPr>
          <w:rFonts w:ascii="Times New Roman" w:hAnsi="Times New Roman" w:cs="Times New Roman"/>
          <w:b/>
          <w:bCs/>
          <w:color w:val="000000" w:themeColor="text1"/>
          <w:sz w:val="28"/>
          <w:szCs w:val="28"/>
          <w:lang w:val="en-IN"/>
        </w:rPr>
      </w:pPr>
    </w:p>
    <w:p w14:paraId="3D60B439" w14:textId="77777777" w:rsidR="0033007E" w:rsidRDefault="00A35D71" w:rsidP="00A35D71">
      <w:pPr>
        <w:pStyle w:val="NoSpacing"/>
        <w:rPr>
          <w:rFonts w:ascii="Times New Roman" w:hAnsi="Times New Roman" w:cs="Times New Roman"/>
          <w:sz w:val="24"/>
          <w:szCs w:val="24"/>
          <w:lang w:val="en-IN"/>
        </w:rPr>
      </w:pPr>
      <w:r w:rsidRPr="00A35D71">
        <w:rPr>
          <w:rFonts w:ascii="Times New Roman" w:hAnsi="Times New Roman" w:cs="Times New Roman"/>
          <w:sz w:val="24"/>
          <w:szCs w:val="24"/>
          <w:lang w:val="en-IN"/>
        </w:rPr>
        <w:t xml:space="preserve">   </w:t>
      </w:r>
    </w:p>
    <w:p w14:paraId="013A0CE8" w14:textId="77777777" w:rsidR="0033007E" w:rsidRDefault="0033007E" w:rsidP="00A35D71">
      <w:pPr>
        <w:pStyle w:val="NoSpacing"/>
        <w:rPr>
          <w:rFonts w:ascii="Times New Roman" w:hAnsi="Times New Roman" w:cs="Times New Roman"/>
          <w:sz w:val="24"/>
          <w:szCs w:val="24"/>
          <w:lang w:val="en-IN"/>
        </w:rPr>
      </w:pPr>
    </w:p>
    <w:p w14:paraId="1962959A" w14:textId="41EECCF8" w:rsidR="00A35D71" w:rsidRPr="00A35D71" w:rsidRDefault="00A35D71" w:rsidP="00A35D71">
      <w:pPr>
        <w:pStyle w:val="NoSpacing"/>
        <w:rPr>
          <w:rFonts w:ascii="Times New Roman" w:hAnsi="Times New Roman" w:cs="Times New Roman"/>
          <w:sz w:val="24"/>
          <w:szCs w:val="24"/>
          <w:lang w:val="en-IN"/>
        </w:rPr>
      </w:pPr>
      <w:proofErr w:type="spellStart"/>
      <w:r w:rsidRPr="00A35D71">
        <w:rPr>
          <w:rFonts w:ascii="Times New Roman" w:hAnsi="Times New Roman" w:cs="Times New Roman"/>
          <w:sz w:val="24"/>
          <w:szCs w:val="24"/>
          <w:lang w:val="en-IN"/>
        </w:rPr>
        <w:t>Dr.</w:t>
      </w:r>
      <w:proofErr w:type="spellEnd"/>
      <w:r w:rsidRPr="00A35D71">
        <w:rPr>
          <w:rFonts w:ascii="Times New Roman" w:hAnsi="Times New Roman" w:cs="Times New Roman"/>
          <w:sz w:val="24"/>
          <w:szCs w:val="24"/>
          <w:lang w:val="en-IN"/>
        </w:rPr>
        <w:t xml:space="preserve"> Ganesh </w:t>
      </w:r>
      <w:proofErr w:type="spellStart"/>
      <w:r w:rsidRPr="00A35D71">
        <w:rPr>
          <w:rFonts w:ascii="Times New Roman" w:hAnsi="Times New Roman" w:cs="Times New Roman"/>
          <w:sz w:val="24"/>
          <w:szCs w:val="24"/>
          <w:lang w:val="en-IN"/>
        </w:rPr>
        <w:t>Patare</w:t>
      </w:r>
      <w:proofErr w:type="spellEnd"/>
      <w:r>
        <w:rPr>
          <w:rFonts w:ascii="Times New Roman" w:hAnsi="Times New Roman" w:cs="Times New Roman"/>
          <w:sz w:val="24"/>
          <w:szCs w:val="24"/>
          <w:lang w:val="en-IN"/>
        </w:rPr>
        <w:t xml:space="preserve">                                                                </w:t>
      </w:r>
      <w:r w:rsidRPr="00A35D71">
        <w:rPr>
          <w:rFonts w:ascii="Times New Roman" w:hAnsi="Times New Roman" w:cs="Times New Roman"/>
          <w:sz w:val="24"/>
          <w:szCs w:val="24"/>
          <w:lang w:val="en-IN"/>
        </w:rPr>
        <w:t xml:space="preserve"> </w:t>
      </w:r>
      <w:r>
        <w:rPr>
          <w:rFonts w:ascii="Times New Roman" w:hAnsi="Times New Roman" w:cs="Times New Roman"/>
          <w:sz w:val="24"/>
          <w:szCs w:val="24"/>
          <w:lang w:val="en-IN"/>
        </w:rPr>
        <w:t xml:space="preserve">    </w:t>
      </w:r>
      <w:r w:rsidRPr="00A35D71">
        <w:rPr>
          <w:rFonts w:ascii="Times New Roman" w:hAnsi="Times New Roman" w:cs="Times New Roman"/>
          <w:sz w:val="24"/>
          <w:szCs w:val="24"/>
          <w:lang w:val="en-IN"/>
        </w:rPr>
        <w:t xml:space="preserve"> </w:t>
      </w:r>
      <w:proofErr w:type="spellStart"/>
      <w:r w:rsidRPr="00A35D71">
        <w:rPr>
          <w:rFonts w:ascii="Times New Roman" w:hAnsi="Times New Roman" w:cs="Times New Roman"/>
          <w:sz w:val="24"/>
          <w:szCs w:val="24"/>
          <w:lang w:val="en-IN"/>
        </w:rPr>
        <w:t>Dr.</w:t>
      </w:r>
      <w:proofErr w:type="spellEnd"/>
      <w:r w:rsidRPr="00A35D71">
        <w:rPr>
          <w:rFonts w:ascii="Times New Roman" w:hAnsi="Times New Roman" w:cs="Times New Roman"/>
          <w:sz w:val="24"/>
          <w:szCs w:val="24"/>
          <w:lang w:val="en-IN"/>
        </w:rPr>
        <w:t xml:space="preserve"> </w:t>
      </w:r>
      <w:r>
        <w:rPr>
          <w:rFonts w:ascii="Times New Roman" w:hAnsi="Times New Roman" w:cs="Times New Roman"/>
          <w:sz w:val="24"/>
          <w:szCs w:val="24"/>
          <w:lang w:val="en-IN"/>
        </w:rPr>
        <w:t>Kishor Nikam</w:t>
      </w:r>
    </w:p>
    <w:p w14:paraId="7611F5AE" w14:textId="0EFB6826" w:rsidR="00A35D71" w:rsidRPr="00A35D71" w:rsidRDefault="00A35D71" w:rsidP="00A35D71">
      <w:pPr>
        <w:pStyle w:val="NoSpacing"/>
        <w:rPr>
          <w:rFonts w:ascii="Times New Roman" w:hAnsi="Times New Roman" w:cs="Times New Roman"/>
          <w:sz w:val="24"/>
          <w:szCs w:val="24"/>
          <w:lang w:val="en-IN"/>
        </w:rPr>
      </w:pPr>
      <w:r w:rsidRPr="00A35D71">
        <w:rPr>
          <w:rFonts w:ascii="Times New Roman" w:hAnsi="Times New Roman" w:cs="Times New Roman"/>
          <w:sz w:val="24"/>
          <w:szCs w:val="24"/>
          <w:lang w:val="en-IN"/>
        </w:rPr>
        <w:t>Academic Coordinator</w:t>
      </w:r>
      <w:r>
        <w:rPr>
          <w:rFonts w:ascii="Times New Roman" w:hAnsi="Times New Roman" w:cs="Times New Roman"/>
          <w:sz w:val="24"/>
          <w:szCs w:val="24"/>
          <w:lang w:val="en-IN"/>
        </w:rPr>
        <w:t xml:space="preserve">                                                                           Principal</w:t>
      </w:r>
    </w:p>
    <w:p w14:paraId="2A0B1204" w14:textId="77777777" w:rsidR="00A35D71" w:rsidRPr="00A35D71" w:rsidRDefault="00A35D71" w:rsidP="00A35D71">
      <w:pPr>
        <w:pStyle w:val="NoSpacing"/>
        <w:rPr>
          <w:rFonts w:ascii="Times New Roman" w:hAnsi="Times New Roman" w:cs="Times New Roman"/>
          <w:color w:val="000000" w:themeColor="text1"/>
          <w:sz w:val="28"/>
          <w:szCs w:val="28"/>
          <w:lang w:val="en-IN"/>
        </w:rPr>
      </w:pPr>
    </w:p>
    <w:p w14:paraId="4832C749" w14:textId="05BEFC66" w:rsidR="00A35D71" w:rsidRPr="00A35D71" w:rsidRDefault="00A35D71" w:rsidP="00A35D71">
      <w:pPr>
        <w:spacing w:after="0"/>
        <w:ind w:left="-142"/>
        <w:rPr>
          <w:rFonts w:ascii="Times New Roman" w:hAnsi="Times New Roman" w:cs="Times New Roman"/>
          <w:b/>
          <w:bCs/>
          <w:color w:val="000000" w:themeColor="text1"/>
          <w:sz w:val="28"/>
          <w:szCs w:val="28"/>
          <w:lang w:val="en-IN"/>
        </w:rPr>
      </w:pPr>
      <w:r>
        <w:rPr>
          <w:rFonts w:ascii="Times New Roman" w:hAnsi="Times New Roman" w:cs="Times New Roman"/>
          <w:sz w:val="24"/>
          <w:szCs w:val="24"/>
          <w:lang w:val="en-IN"/>
        </w:rPr>
        <w:t xml:space="preserve">                                                                  </w:t>
      </w:r>
    </w:p>
    <w:p w14:paraId="7606C977" w14:textId="083F9A60" w:rsidR="0015556B" w:rsidRPr="00A35D71" w:rsidRDefault="0015556B" w:rsidP="00A35D71">
      <w:pPr>
        <w:pStyle w:val="NoSpacing"/>
        <w:rPr>
          <w:rFonts w:ascii="Times New Roman" w:hAnsi="Times New Roman" w:cs="Times New Roman"/>
          <w:color w:val="000000" w:themeColor="text1"/>
          <w:sz w:val="28"/>
          <w:szCs w:val="28"/>
          <w:lang w:val="en-IN"/>
        </w:rPr>
      </w:pPr>
    </w:p>
    <w:p w14:paraId="7D6BE43F" w14:textId="77777777" w:rsidR="0015556B" w:rsidRPr="00A35D71" w:rsidRDefault="0015556B" w:rsidP="0015556B">
      <w:pPr>
        <w:spacing w:after="0"/>
        <w:rPr>
          <w:rFonts w:ascii="Times New Roman" w:hAnsi="Times New Roman" w:cs="Times New Roman"/>
          <w:color w:val="000000" w:themeColor="text1"/>
          <w:sz w:val="28"/>
          <w:szCs w:val="28"/>
          <w:lang w:val="en-IN"/>
        </w:rPr>
      </w:pPr>
    </w:p>
    <w:p w14:paraId="2F203535" w14:textId="55DC0A87" w:rsidR="0015556B" w:rsidRPr="00E21043" w:rsidRDefault="0015556B" w:rsidP="0015556B">
      <w:pPr>
        <w:spacing w:after="0"/>
        <w:ind w:left="-142"/>
        <w:rPr>
          <w:rFonts w:ascii="Times New Roman" w:hAnsi="Times New Roman" w:cs="Times New Roman"/>
          <w:b/>
          <w:bCs/>
          <w:color w:val="000000" w:themeColor="text1"/>
          <w:sz w:val="24"/>
          <w:szCs w:val="24"/>
          <w:lang w:val="en-IN"/>
        </w:rPr>
      </w:pPr>
      <w:r>
        <w:rPr>
          <w:rFonts w:ascii="Times New Roman" w:hAnsi="Times New Roman" w:cs="Times New Roman"/>
          <w:color w:val="000000" w:themeColor="text1"/>
          <w:sz w:val="24"/>
          <w:szCs w:val="24"/>
          <w:lang w:val="en-IN"/>
        </w:rPr>
        <w:tab/>
        <w:t xml:space="preserve"> </w:t>
      </w:r>
      <w:r w:rsidRPr="00E21043">
        <w:rPr>
          <w:rFonts w:ascii="Times New Roman" w:hAnsi="Times New Roman" w:cs="Times New Roman"/>
          <w:color w:val="000000" w:themeColor="text1"/>
          <w:sz w:val="24"/>
          <w:szCs w:val="24"/>
          <w:lang w:val="en-IN"/>
        </w:rPr>
        <w:t xml:space="preserve">     </w:t>
      </w:r>
    </w:p>
    <w:p w14:paraId="5608F5FB" w14:textId="77777777" w:rsidR="0015556B" w:rsidRPr="00E21043" w:rsidRDefault="0015556B" w:rsidP="0015556B">
      <w:pPr>
        <w:spacing w:after="0"/>
        <w:ind w:left="-142"/>
        <w:jc w:val="center"/>
        <w:rPr>
          <w:rFonts w:ascii="Times New Roman" w:hAnsi="Times New Roman" w:cs="Times New Roman"/>
          <w:color w:val="000000" w:themeColor="text1"/>
          <w:sz w:val="24"/>
          <w:szCs w:val="24"/>
          <w:lang w:val="en-IN"/>
        </w:rPr>
      </w:pPr>
    </w:p>
    <w:p w14:paraId="28178AB5" w14:textId="13E9F492" w:rsidR="008F0F25" w:rsidRPr="00E21043" w:rsidRDefault="008F0F25" w:rsidP="0015556B">
      <w:pPr>
        <w:spacing w:after="0"/>
        <w:ind w:left="-142"/>
        <w:jc w:val="center"/>
        <w:rPr>
          <w:rFonts w:ascii="Times New Roman" w:hAnsi="Times New Roman" w:cs="Times New Roman"/>
          <w:color w:val="000000" w:themeColor="text1"/>
          <w:sz w:val="24"/>
          <w:szCs w:val="24"/>
          <w:lang w:val="en-IN"/>
        </w:rPr>
      </w:pPr>
    </w:p>
    <w:sectPr w:rsidR="008F0F25" w:rsidRPr="00E21043" w:rsidSect="00E02C4A">
      <w:footerReference w:type="default" r:id="rId20"/>
      <w:pgSz w:w="12240" w:h="15840"/>
      <w:pgMar w:top="993" w:right="1800" w:bottom="1135"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8F585" w14:textId="77777777" w:rsidR="006E7D45" w:rsidRDefault="006E7D45" w:rsidP="00496BD4">
      <w:pPr>
        <w:spacing w:after="0" w:line="240" w:lineRule="auto"/>
      </w:pPr>
      <w:r>
        <w:separator/>
      </w:r>
    </w:p>
  </w:endnote>
  <w:endnote w:type="continuationSeparator" w:id="0">
    <w:p w14:paraId="7DB67BFF" w14:textId="77777777" w:rsidR="006E7D45" w:rsidRDefault="006E7D45" w:rsidP="00496B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A2767" w14:textId="79AAC6A7" w:rsidR="00C97B1D" w:rsidRDefault="00C97B1D">
    <w:pPr>
      <w:pStyle w:val="Footer"/>
    </w:pPr>
    <w:r w:rsidRPr="00FB7218">
      <w:rPr>
        <w:noProof/>
        <w:sz w:val="24"/>
        <w:szCs w:val="24"/>
      </w:rPr>
      <w:drawing>
        <wp:anchor distT="0" distB="0" distL="114300" distR="114300" simplePos="0" relativeHeight="251659264" behindDoc="0" locked="0" layoutInCell="1" allowOverlap="1" wp14:anchorId="383D0C72" wp14:editId="6613E26C">
          <wp:simplePos x="0" y="0"/>
          <wp:positionH relativeFrom="margin">
            <wp:posOffset>2113915</wp:posOffset>
          </wp:positionH>
          <wp:positionV relativeFrom="paragraph">
            <wp:posOffset>-253365</wp:posOffset>
          </wp:positionV>
          <wp:extent cx="1016000" cy="1025525"/>
          <wp:effectExtent l="0" t="0" r="0" b="317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16000" cy="1025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10AEEE" w14:textId="77777777" w:rsidR="00496BD4" w:rsidRDefault="00496BD4" w:rsidP="00496BD4">
    <w:pPr>
      <w:pStyle w:val="Footer"/>
      <w:tabs>
        <w:tab w:val="clear" w:pos="4680"/>
        <w:tab w:val="clear" w:pos="9360"/>
        <w:tab w:val="left" w:pos="378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82176" w14:textId="77777777" w:rsidR="006E7D45" w:rsidRDefault="006E7D45" w:rsidP="00496BD4">
      <w:pPr>
        <w:spacing w:after="0" w:line="240" w:lineRule="auto"/>
      </w:pPr>
      <w:r>
        <w:separator/>
      </w:r>
    </w:p>
  </w:footnote>
  <w:footnote w:type="continuationSeparator" w:id="0">
    <w:p w14:paraId="4D1C7204" w14:textId="77777777" w:rsidR="006E7D45" w:rsidRDefault="006E7D45" w:rsidP="00496B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2721AB"/>
    <w:multiLevelType w:val="multilevel"/>
    <w:tmpl w:val="BE9CE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6B73D3"/>
    <w:multiLevelType w:val="hybridMultilevel"/>
    <w:tmpl w:val="49EA1732"/>
    <w:lvl w:ilvl="0" w:tplc="40090001">
      <w:start w:val="1"/>
      <w:numFmt w:val="bullet"/>
      <w:lvlText w:val=""/>
      <w:lvlJc w:val="left"/>
      <w:pPr>
        <w:ind w:left="654" w:hanging="360"/>
      </w:pPr>
      <w:rPr>
        <w:rFonts w:ascii="Symbol" w:hAnsi="Symbol" w:hint="default"/>
      </w:rPr>
    </w:lvl>
    <w:lvl w:ilvl="1" w:tplc="40090003" w:tentative="1">
      <w:start w:val="1"/>
      <w:numFmt w:val="bullet"/>
      <w:lvlText w:val="o"/>
      <w:lvlJc w:val="left"/>
      <w:pPr>
        <w:ind w:left="1374" w:hanging="360"/>
      </w:pPr>
      <w:rPr>
        <w:rFonts w:ascii="Courier New" w:hAnsi="Courier New" w:cs="Courier New" w:hint="default"/>
      </w:rPr>
    </w:lvl>
    <w:lvl w:ilvl="2" w:tplc="40090005" w:tentative="1">
      <w:start w:val="1"/>
      <w:numFmt w:val="bullet"/>
      <w:lvlText w:val=""/>
      <w:lvlJc w:val="left"/>
      <w:pPr>
        <w:ind w:left="2094" w:hanging="360"/>
      </w:pPr>
      <w:rPr>
        <w:rFonts w:ascii="Wingdings" w:hAnsi="Wingdings" w:hint="default"/>
      </w:rPr>
    </w:lvl>
    <w:lvl w:ilvl="3" w:tplc="40090001" w:tentative="1">
      <w:start w:val="1"/>
      <w:numFmt w:val="bullet"/>
      <w:lvlText w:val=""/>
      <w:lvlJc w:val="left"/>
      <w:pPr>
        <w:ind w:left="2814" w:hanging="360"/>
      </w:pPr>
      <w:rPr>
        <w:rFonts w:ascii="Symbol" w:hAnsi="Symbol" w:hint="default"/>
      </w:rPr>
    </w:lvl>
    <w:lvl w:ilvl="4" w:tplc="40090003" w:tentative="1">
      <w:start w:val="1"/>
      <w:numFmt w:val="bullet"/>
      <w:lvlText w:val="o"/>
      <w:lvlJc w:val="left"/>
      <w:pPr>
        <w:ind w:left="3534" w:hanging="360"/>
      </w:pPr>
      <w:rPr>
        <w:rFonts w:ascii="Courier New" w:hAnsi="Courier New" w:cs="Courier New" w:hint="default"/>
      </w:rPr>
    </w:lvl>
    <w:lvl w:ilvl="5" w:tplc="40090005" w:tentative="1">
      <w:start w:val="1"/>
      <w:numFmt w:val="bullet"/>
      <w:lvlText w:val=""/>
      <w:lvlJc w:val="left"/>
      <w:pPr>
        <w:ind w:left="4254" w:hanging="360"/>
      </w:pPr>
      <w:rPr>
        <w:rFonts w:ascii="Wingdings" w:hAnsi="Wingdings" w:hint="default"/>
      </w:rPr>
    </w:lvl>
    <w:lvl w:ilvl="6" w:tplc="40090001" w:tentative="1">
      <w:start w:val="1"/>
      <w:numFmt w:val="bullet"/>
      <w:lvlText w:val=""/>
      <w:lvlJc w:val="left"/>
      <w:pPr>
        <w:ind w:left="4974" w:hanging="360"/>
      </w:pPr>
      <w:rPr>
        <w:rFonts w:ascii="Symbol" w:hAnsi="Symbol" w:hint="default"/>
      </w:rPr>
    </w:lvl>
    <w:lvl w:ilvl="7" w:tplc="40090003" w:tentative="1">
      <w:start w:val="1"/>
      <w:numFmt w:val="bullet"/>
      <w:lvlText w:val="o"/>
      <w:lvlJc w:val="left"/>
      <w:pPr>
        <w:ind w:left="5694" w:hanging="360"/>
      </w:pPr>
      <w:rPr>
        <w:rFonts w:ascii="Courier New" w:hAnsi="Courier New" w:cs="Courier New" w:hint="default"/>
      </w:rPr>
    </w:lvl>
    <w:lvl w:ilvl="8" w:tplc="40090005" w:tentative="1">
      <w:start w:val="1"/>
      <w:numFmt w:val="bullet"/>
      <w:lvlText w:val=""/>
      <w:lvlJc w:val="left"/>
      <w:pPr>
        <w:ind w:left="6414" w:hanging="360"/>
      </w:pPr>
      <w:rPr>
        <w:rFonts w:ascii="Wingdings" w:hAnsi="Wingdings" w:hint="default"/>
      </w:rPr>
    </w:lvl>
  </w:abstractNum>
  <w:abstractNum w:abstractNumId="11" w15:restartNumberingAfterBreak="0">
    <w:nsid w:val="0DD97B6B"/>
    <w:multiLevelType w:val="multilevel"/>
    <w:tmpl w:val="333AAA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13530FBF"/>
    <w:multiLevelType w:val="hybridMultilevel"/>
    <w:tmpl w:val="0D54C2E4"/>
    <w:lvl w:ilvl="0" w:tplc="D1FE8372">
      <w:start w:val="1"/>
      <w:numFmt w:val="decimal"/>
      <w:lvlText w:val="%1."/>
      <w:lvlJc w:val="left"/>
      <w:pPr>
        <w:ind w:left="218" w:hanging="360"/>
      </w:pPr>
      <w:rPr>
        <w:rFonts w:hint="default"/>
        <w:b/>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13" w15:restartNumberingAfterBreak="0">
    <w:nsid w:val="137D5862"/>
    <w:multiLevelType w:val="multilevel"/>
    <w:tmpl w:val="FE0C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E87514"/>
    <w:multiLevelType w:val="multilevel"/>
    <w:tmpl w:val="7DBE7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4C4EB0"/>
    <w:multiLevelType w:val="hybridMultilevel"/>
    <w:tmpl w:val="57C243A6"/>
    <w:lvl w:ilvl="0" w:tplc="B52CFD16">
      <w:start w:val="1"/>
      <w:numFmt w:val="decimal"/>
      <w:lvlText w:val="%1."/>
      <w:lvlJc w:val="left"/>
      <w:pPr>
        <w:ind w:left="-66" w:hanging="360"/>
      </w:pPr>
      <w:rPr>
        <w:rFonts w:hint="default"/>
        <w:b/>
        <w:i w:val="0"/>
        <w:iCs w:val="0"/>
      </w:rPr>
    </w:lvl>
    <w:lvl w:ilvl="1" w:tplc="40090019">
      <w:start w:val="1"/>
      <w:numFmt w:val="lowerLetter"/>
      <w:lvlText w:val="%2."/>
      <w:lvlJc w:val="left"/>
      <w:pPr>
        <w:ind w:left="1156" w:hanging="360"/>
      </w:pPr>
    </w:lvl>
    <w:lvl w:ilvl="2" w:tplc="4009001B" w:tentative="1">
      <w:start w:val="1"/>
      <w:numFmt w:val="lowerRoman"/>
      <w:lvlText w:val="%3."/>
      <w:lvlJc w:val="right"/>
      <w:pPr>
        <w:ind w:left="1876" w:hanging="180"/>
      </w:pPr>
    </w:lvl>
    <w:lvl w:ilvl="3" w:tplc="4009000F" w:tentative="1">
      <w:start w:val="1"/>
      <w:numFmt w:val="decimal"/>
      <w:lvlText w:val="%4."/>
      <w:lvlJc w:val="left"/>
      <w:pPr>
        <w:ind w:left="2596" w:hanging="360"/>
      </w:pPr>
    </w:lvl>
    <w:lvl w:ilvl="4" w:tplc="40090019" w:tentative="1">
      <w:start w:val="1"/>
      <w:numFmt w:val="lowerLetter"/>
      <w:lvlText w:val="%5."/>
      <w:lvlJc w:val="left"/>
      <w:pPr>
        <w:ind w:left="3316" w:hanging="360"/>
      </w:pPr>
    </w:lvl>
    <w:lvl w:ilvl="5" w:tplc="4009001B" w:tentative="1">
      <w:start w:val="1"/>
      <w:numFmt w:val="lowerRoman"/>
      <w:lvlText w:val="%6."/>
      <w:lvlJc w:val="right"/>
      <w:pPr>
        <w:ind w:left="4036" w:hanging="180"/>
      </w:pPr>
    </w:lvl>
    <w:lvl w:ilvl="6" w:tplc="4009000F" w:tentative="1">
      <w:start w:val="1"/>
      <w:numFmt w:val="decimal"/>
      <w:lvlText w:val="%7."/>
      <w:lvlJc w:val="left"/>
      <w:pPr>
        <w:ind w:left="4756" w:hanging="360"/>
      </w:pPr>
    </w:lvl>
    <w:lvl w:ilvl="7" w:tplc="40090019" w:tentative="1">
      <w:start w:val="1"/>
      <w:numFmt w:val="lowerLetter"/>
      <w:lvlText w:val="%8."/>
      <w:lvlJc w:val="left"/>
      <w:pPr>
        <w:ind w:left="5476" w:hanging="360"/>
      </w:pPr>
    </w:lvl>
    <w:lvl w:ilvl="8" w:tplc="4009001B" w:tentative="1">
      <w:start w:val="1"/>
      <w:numFmt w:val="lowerRoman"/>
      <w:lvlText w:val="%9."/>
      <w:lvlJc w:val="right"/>
      <w:pPr>
        <w:ind w:left="6196" w:hanging="180"/>
      </w:pPr>
    </w:lvl>
  </w:abstractNum>
  <w:abstractNum w:abstractNumId="16" w15:restartNumberingAfterBreak="0">
    <w:nsid w:val="3C4E3181"/>
    <w:multiLevelType w:val="hybridMultilevel"/>
    <w:tmpl w:val="E36E747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15:restartNumberingAfterBreak="0">
    <w:nsid w:val="3EB024E5"/>
    <w:multiLevelType w:val="hybridMultilevel"/>
    <w:tmpl w:val="5FA8291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8" w15:restartNumberingAfterBreak="0">
    <w:nsid w:val="46BB48E5"/>
    <w:multiLevelType w:val="hybridMultilevel"/>
    <w:tmpl w:val="899EDC1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15:restartNumberingAfterBreak="0">
    <w:nsid w:val="4A2707E7"/>
    <w:multiLevelType w:val="hybridMultilevel"/>
    <w:tmpl w:val="9F4A56D0"/>
    <w:lvl w:ilvl="0" w:tplc="40090001">
      <w:start w:val="1"/>
      <w:numFmt w:val="bullet"/>
      <w:lvlText w:val=""/>
      <w:lvlJc w:val="left"/>
      <w:pPr>
        <w:ind w:left="654" w:hanging="360"/>
      </w:pPr>
      <w:rPr>
        <w:rFonts w:ascii="Symbol" w:hAnsi="Symbol" w:hint="default"/>
      </w:rPr>
    </w:lvl>
    <w:lvl w:ilvl="1" w:tplc="40090003" w:tentative="1">
      <w:start w:val="1"/>
      <w:numFmt w:val="bullet"/>
      <w:lvlText w:val="o"/>
      <w:lvlJc w:val="left"/>
      <w:pPr>
        <w:ind w:left="1374" w:hanging="360"/>
      </w:pPr>
      <w:rPr>
        <w:rFonts w:ascii="Courier New" w:hAnsi="Courier New" w:cs="Courier New" w:hint="default"/>
      </w:rPr>
    </w:lvl>
    <w:lvl w:ilvl="2" w:tplc="40090005" w:tentative="1">
      <w:start w:val="1"/>
      <w:numFmt w:val="bullet"/>
      <w:lvlText w:val=""/>
      <w:lvlJc w:val="left"/>
      <w:pPr>
        <w:ind w:left="2094" w:hanging="360"/>
      </w:pPr>
      <w:rPr>
        <w:rFonts w:ascii="Wingdings" w:hAnsi="Wingdings" w:hint="default"/>
      </w:rPr>
    </w:lvl>
    <w:lvl w:ilvl="3" w:tplc="40090001" w:tentative="1">
      <w:start w:val="1"/>
      <w:numFmt w:val="bullet"/>
      <w:lvlText w:val=""/>
      <w:lvlJc w:val="left"/>
      <w:pPr>
        <w:ind w:left="2814" w:hanging="360"/>
      </w:pPr>
      <w:rPr>
        <w:rFonts w:ascii="Symbol" w:hAnsi="Symbol" w:hint="default"/>
      </w:rPr>
    </w:lvl>
    <w:lvl w:ilvl="4" w:tplc="40090003" w:tentative="1">
      <w:start w:val="1"/>
      <w:numFmt w:val="bullet"/>
      <w:lvlText w:val="o"/>
      <w:lvlJc w:val="left"/>
      <w:pPr>
        <w:ind w:left="3534" w:hanging="360"/>
      </w:pPr>
      <w:rPr>
        <w:rFonts w:ascii="Courier New" w:hAnsi="Courier New" w:cs="Courier New" w:hint="default"/>
      </w:rPr>
    </w:lvl>
    <w:lvl w:ilvl="5" w:tplc="40090005" w:tentative="1">
      <w:start w:val="1"/>
      <w:numFmt w:val="bullet"/>
      <w:lvlText w:val=""/>
      <w:lvlJc w:val="left"/>
      <w:pPr>
        <w:ind w:left="4254" w:hanging="360"/>
      </w:pPr>
      <w:rPr>
        <w:rFonts w:ascii="Wingdings" w:hAnsi="Wingdings" w:hint="default"/>
      </w:rPr>
    </w:lvl>
    <w:lvl w:ilvl="6" w:tplc="40090001" w:tentative="1">
      <w:start w:val="1"/>
      <w:numFmt w:val="bullet"/>
      <w:lvlText w:val=""/>
      <w:lvlJc w:val="left"/>
      <w:pPr>
        <w:ind w:left="4974" w:hanging="360"/>
      </w:pPr>
      <w:rPr>
        <w:rFonts w:ascii="Symbol" w:hAnsi="Symbol" w:hint="default"/>
      </w:rPr>
    </w:lvl>
    <w:lvl w:ilvl="7" w:tplc="40090003" w:tentative="1">
      <w:start w:val="1"/>
      <w:numFmt w:val="bullet"/>
      <w:lvlText w:val="o"/>
      <w:lvlJc w:val="left"/>
      <w:pPr>
        <w:ind w:left="5694" w:hanging="360"/>
      </w:pPr>
      <w:rPr>
        <w:rFonts w:ascii="Courier New" w:hAnsi="Courier New" w:cs="Courier New" w:hint="default"/>
      </w:rPr>
    </w:lvl>
    <w:lvl w:ilvl="8" w:tplc="40090005" w:tentative="1">
      <w:start w:val="1"/>
      <w:numFmt w:val="bullet"/>
      <w:lvlText w:val=""/>
      <w:lvlJc w:val="left"/>
      <w:pPr>
        <w:ind w:left="6414" w:hanging="360"/>
      </w:pPr>
      <w:rPr>
        <w:rFonts w:ascii="Wingdings" w:hAnsi="Wingdings" w:hint="default"/>
      </w:rPr>
    </w:lvl>
  </w:abstractNum>
  <w:abstractNum w:abstractNumId="20" w15:restartNumberingAfterBreak="0">
    <w:nsid w:val="6AF05A06"/>
    <w:multiLevelType w:val="hybridMultilevel"/>
    <w:tmpl w:val="D6DC466A"/>
    <w:lvl w:ilvl="0" w:tplc="D1FE8372">
      <w:start w:val="1"/>
      <w:numFmt w:val="decimal"/>
      <w:lvlText w:val="%1."/>
      <w:lvlJc w:val="left"/>
      <w:pPr>
        <w:ind w:left="76" w:hanging="360"/>
      </w:pPr>
      <w:rPr>
        <w:rFonts w:hint="default"/>
        <w:b/>
      </w:rPr>
    </w:lvl>
    <w:lvl w:ilvl="1" w:tplc="40090019" w:tentative="1">
      <w:start w:val="1"/>
      <w:numFmt w:val="lowerLetter"/>
      <w:lvlText w:val="%2."/>
      <w:lvlJc w:val="left"/>
      <w:pPr>
        <w:ind w:left="1298" w:hanging="360"/>
      </w:pPr>
    </w:lvl>
    <w:lvl w:ilvl="2" w:tplc="4009001B" w:tentative="1">
      <w:start w:val="1"/>
      <w:numFmt w:val="lowerRoman"/>
      <w:lvlText w:val="%3."/>
      <w:lvlJc w:val="right"/>
      <w:pPr>
        <w:ind w:left="2018" w:hanging="180"/>
      </w:pPr>
    </w:lvl>
    <w:lvl w:ilvl="3" w:tplc="4009000F" w:tentative="1">
      <w:start w:val="1"/>
      <w:numFmt w:val="decimal"/>
      <w:lvlText w:val="%4."/>
      <w:lvlJc w:val="left"/>
      <w:pPr>
        <w:ind w:left="2738" w:hanging="360"/>
      </w:pPr>
    </w:lvl>
    <w:lvl w:ilvl="4" w:tplc="40090019" w:tentative="1">
      <w:start w:val="1"/>
      <w:numFmt w:val="lowerLetter"/>
      <w:lvlText w:val="%5."/>
      <w:lvlJc w:val="left"/>
      <w:pPr>
        <w:ind w:left="3458" w:hanging="360"/>
      </w:pPr>
    </w:lvl>
    <w:lvl w:ilvl="5" w:tplc="4009001B" w:tentative="1">
      <w:start w:val="1"/>
      <w:numFmt w:val="lowerRoman"/>
      <w:lvlText w:val="%6."/>
      <w:lvlJc w:val="right"/>
      <w:pPr>
        <w:ind w:left="4178" w:hanging="180"/>
      </w:pPr>
    </w:lvl>
    <w:lvl w:ilvl="6" w:tplc="4009000F" w:tentative="1">
      <w:start w:val="1"/>
      <w:numFmt w:val="decimal"/>
      <w:lvlText w:val="%7."/>
      <w:lvlJc w:val="left"/>
      <w:pPr>
        <w:ind w:left="4898" w:hanging="360"/>
      </w:pPr>
    </w:lvl>
    <w:lvl w:ilvl="7" w:tplc="40090019" w:tentative="1">
      <w:start w:val="1"/>
      <w:numFmt w:val="lowerLetter"/>
      <w:lvlText w:val="%8."/>
      <w:lvlJc w:val="left"/>
      <w:pPr>
        <w:ind w:left="5618" w:hanging="360"/>
      </w:pPr>
    </w:lvl>
    <w:lvl w:ilvl="8" w:tplc="4009001B" w:tentative="1">
      <w:start w:val="1"/>
      <w:numFmt w:val="lowerRoman"/>
      <w:lvlText w:val="%9."/>
      <w:lvlJc w:val="right"/>
      <w:pPr>
        <w:ind w:left="6338" w:hanging="180"/>
      </w:pPr>
    </w:lvl>
  </w:abstractNum>
  <w:abstractNum w:abstractNumId="21" w15:restartNumberingAfterBreak="0">
    <w:nsid w:val="70E84643"/>
    <w:multiLevelType w:val="multilevel"/>
    <w:tmpl w:val="7E143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4"/>
  </w:num>
  <w:num w:numId="11">
    <w:abstractNumId w:val="13"/>
  </w:num>
  <w:num w:numId="12">
    <w:abstractNumId w:val="9"/>
  </w:num>
  <w:num w:numId="13">
    <w:abstractNumId w:val="21"/>
  </w:num>
  <w:num w:numId="14">
    <w:abstractNumId w:val="12"/>
  </w:num>
  <w:num w:numId="15">
    <w:abstractNumId w:val="20"/>
  </w:num>
  <w:num w:numId="16">
    <w:abstractNumId w:val="15"/>
  </w:num>
  <w:num w:numId="17">
    <w:abstractNumId w:val="10"/>
  </w:num>
  <w:num w:numId="18">
    <w:abstractNumId w:val="19"/>
  </w:num>
  <w:num w:numId="19">
    <w:abstractNumId w:val="16"/>
  </w:num>
  <w:num w:numId="20">
    <w:abstractNumId w:val="17"/>
  </w:num>
  <w:num w:numId="21">
    <w:abstractNumId w:val="18"/>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4ACC"/>
    <w:rsid w:val="00034616"/>
    <w:rsid w:val="0005575B"/>
    <w:rsid w:val="0006063C"/>
    <w:rsid w:val="00064856"/>
    <w:rsid w:val="000774D9"/>
    <w:rsid w:val="00084085"/>
    <w:rsid w:val="000B5DED"/>
    <w:rsid w:val="000C05EA"/>
    <w:rsid w:val="000C2042"/>
    <w:rsid w:val="000D55CF"/>
    <w:rsid w:val="000E00F0"/>
    <w:rsid w:val="000E43F2"/>
    <w:rsid w:val="000F1DC6"/>
    <w:rsid w:val="00101C94"/>
    <w:rsid w:val="00105625"/>
    <w:rsid w:val="00105952"/>
    <w:rsid w:val="001209A5"/>
    <w:rsid w:val="001234D0"/>
    <w:rsid w:val="00135C8A"/>
    <w:rsid w:val="0014355D"/>
    <w:rsid w:val="0015074B"/>
    <w:rsid w:val="0015331E"/>
    <w:rsid w:val="00154778"/>
    <w:rsid w:val="0015556B"/>
    <w:rsid w:val="00175E1A"/>
    <w:rsid w:val="001871E8"/>
    <w:rsid w:val="00191DA5"/>
    <w:rsid w:val="00193E89"/>
    <w:rsid w:val="001A146C"/>
    <w:rsid w:val="001B03F4"/>
    <w:rsid w:val="001C1C46"/>
    <w:rsid w:val="001D3902"/>
    <w:rsid w:val="001D3B02"/>
    <w:rsid w:val="001E09DC"/>
    <w:rsid w:val="001E0F6D"/>
    <w:rsid w:val="00204BDC"/>
    <w:rsid w:val="002066AA"/>
    <w:rsid w:val="00243904"/>
    <w:rsid w:val="0024558B"/>
    <w:rsid w:val="00253F7E"/>
    <w:rsid w:val="00254A03"/>
    <w:rsid w:val="00264A49"/>
    <w:rsid w:val="00267F32"/>
    <w:rsid w:val="0028543B"/>
    <w:rsid w:val="0029639D"/>
    <w:rsid w:val="002A261E"/>
    <w:rsid w:val="002B6E04"/>
    <w:rsid w:val="002C1391"/>
    <w:rsid w:val="002C5E12"/>
    <w:rsid w:val="002D1556"/>
    <w:rsid w:val="002E15E1"/>
    <w:rsid w:val="002E3AEA"/>
    <w:rsid w:val="002E4D84"/>
    <w:rsid w:val="00307E23"/>
    <w:rsid w:val="00326AFC"/>
    <w:rsid w:val="00326F90"/>
    <w:rsid w:val="0033007E"/>
    <w:rsid w:val="003320B2"/>
    <w:rsid w:val="00346C65"/>
    <w:rsid w:val="003815B5"/>
    <w:rsid w:val="00386C6F"/>
    <w:rsid w:val="00392713"/>
    <w:rsid w:val="003B6F4B"/>
    <w:rsid w:val="003C6D95"/>
    <w:rsid w:val="003D2748"/>
    <w:rsid w:val="003F2CCC"/>
    <w:rsid w:val="00401DE1"/>
    <w:rsid w:val="00404D68"/>
    <w:rsid w:val="00412CF7"/>
    <w:rsid w:val="004134BC"/>
    <w:rsid w:val="00420809"/>
    <w:rsid w:val="004264BD"/>
    <w:rsid w:val="00443E46"/>
    <w:rsid w:val="0047323B"/>
    <w:rsid w:val="00485F11"/>
    <w:rsid w:val="00496BD4"/>
    <w:rsid w:val="004A3CE9"/>
    <w:rsid w:val="004A508B"/>
    <w:rsid w:val="004D54C4"/>
    <w:rsid w:val="004D6DAF"/>
    <w:rsid w:val="004F2D82"/>
    <w:rsid w:val="004F6962"/>
    <w:rsid w:val="005076E2"/>
    <w:rsid w:val="00511D3C"/>
    <w:rsid w:val="00513A2C"/>
    <w:rsid w:val="00520292"/>
    <w:rsid w:val="00521F6E"/>
    <w:rsid w:val="00530248"/>
    <w:rsid w:val="00532154"/>
    <w:rsid w:val="00541AEF"/>
    <w:rsid w:val="00547C0B"/>
    <w:rsid w:val="00556B62"/>
    <w:rsid w:val="00570EAA"/>
    <w:rsid w:val="00583FCA"/>
    <w:rsid w:val="005909AA"/>
    <w:rsid w:val="005951BA"/>
    <w:rsid w:val="005F2E4F"/>
    <w:rsid w:val="0060484F"/>
    <w:rsid w:val="006150E9"/>
    <w:rsid w:val="00615CA3"/>
    <w:rsid w:val="00616D89"/>
    <w:rsid w:val="006551FD"/>
    <w:rsid w:val="006655D8"/>
    <w:rsid w:val="0067280F"/>
    <w:rsid w:val="0068040E"/>
    <w:rsid w:val="00680B18"/>
    <w:rsid w:val="0068500F"/>
    <w:rsid w:val="00686984"/>
    <w:rsid w:val="006E7D45"/>
    <w:rsid w:val="006F09AB"/>
    <w:rsid w:val="006F2681"/>
    <w:rsid w:val="006F6492"/>
    <w:rsid w:val="007117E0"/>
    <w:rsid w:val="00735439"/>
    <w:rsid w:val="00737E26"/>
    <w:rsid w:val="0074445B"/>
    <w:rsid w:val="0074508E"/>
    <w:rsid w:val="00763F4E"/>
    <w:rsid w:val="007C2E10"/>
    <w:rsid w:val="007D5525"/>
    <w:rsid w:val="007E004D"/>
    <w:rsid w:val="007F0102"/>
    <w:rsid w:val="007F5555"/>
    <w:rsid w:val="007F5C13"/>
    <w:rsid w:val="007F6103"/>
    <w:rsid w:val="008244CC"/>
    <w:rsid w:val="00824EC0"/>
    <w:rsid w:val="0083103B"/>
    <w:rsid w:val="00874B2C"/>
    <w:rsid w:val="008917B4"/>
    <w:rsid w:val="008A5CA0"/>
    <w:rsid w:val="008D00F3"/>
    <w:rsid w:val="008F097F"/>
    <w:rsid w:val="008F0F25"/>
    <w:rsid w:val="008F21D1"/>
    <w:rsid w:val="00902FE3"/>
    <w:rsid w:val="0091481B"/>
    <w:rsid w:val="00952CF6"/>
    <w:rsid w:val="00974328"/>
    <w:rsid w:val="00974D40"/>
    <w:rsid w:val="009764AB"/>
    <w:rsid w:val="009858CB"/>
    <w:rsid w:val="009A7402"/>
    <w:rsid w:val="009B4BE1"/>
    <w:rsid w:val="009C7207"/>
    <w:rsid w:val="009D1755"/>
    <w:rsid w:val="009E6F24"/>
    <w:rsid w:val="009F3D89"/>
    <w:rsid w:val="009F40E4"/>
    <w:rsid w:val="00A10BD5"/>
    <w:rsid w:val="00A12515"/>
    <w:rsid w:val="00A16246"/>
    <w:rsid w:val="00A206E7"/>
    <w:rsid w:val="00A21048"/>
    <w:rsid w:val="00A233EE"/>
    <w:rsid w:val="00A331B8"/>
    <w:rsid w:val="00A35D71"/>
    <w:rsid w:val="00A360E0"/>
    <w:rsid w:val="00A54358"/>
    <w:rsid w:val="00A60D6B"/>
    <w:rsid w:val="00A708DB"/>
    <w:rsid w:val="00A71058"/>
    <w:rsid w:val="00A743C3"/>
    <w:rsid w:val="00A844B6"/>
    <w:rsid w:val="00A86AA0"/>
    <w:rsid w:val="00AA1D8D"/>
    <w:rsid w:val="00AD2F9D"/>
    <w:rsid w:val="00B26BC7"/>
    <w:rsid w:val="00B43996"/>
    <w:rsid w:val="00B47730"/>
    <w:rsid w:val="00B72A5C"/>
    <w:rsid w:val="00B9450D"/>
    <w:rsid w:val="00BD018F"/>
    <w:rsid w:val="00BE1EB9"/>
    <w:rsid w:val="00BF3596"/>
    <w:rsid w:val="00C1362C"/>
    <w:rsid w:val="00C222BA"/>
    <w:rsid w:val="00C250B9"/>
    <w:rsid w:val="00C31373"/>
    <w:rsid w:val="00C40A21"/>
    <w:rsid w:val="00C455AD"/>
    <w:rsid w:val="00C52C26"/>
    <w:rsid w:val="00C53073"/>
    <w:rsid w:val="00C871E3"/>
    <w:rsid w:val="00C97B1D"/>
    <w:rsid w:val="00CA250B"/>
    <w:rsid w:val="00CA3F53"/>
    <w:rsid w:val="00CB0664"/>
    <w:rsid w:val="00CC4EF7"/>
    <w:rsid w:val="00CF2BB5"/>
    <w:rsid w:val="00CF75C9"/>
    <w:rsid w:val="00D02AB4"/>
    <w:rsid w:val="00D2064E"/>
    <w:rsid w:val="00D37986"/>
    <w:rsid w:val="00D66C35"/>
    <w:rsid w:val="00D72E1A"/>
    <w:rsid w:val="00D73E0B"/>
    <w:rsid w:val="00D84602"/>
    <w:rsid w:val="00DA7353"/>
    <w:rsid w:val="00DB0464"/>
    <w:rsid w:val="00DC0AD5"/>
    <w:rsid w:val="00DC18D2"/>
    <w:rsid w:val="00DC533F"/>
    <w:rsid w:val="00DD5DCE"/>
    <w:rsid w:val="00DD7B7C"/>
    <w:rsid w:val="00DE352A"/>
    <w:rsid w:val="00DE5B8C"/>
    <w:rsid w:val="00DE625D"/>
    <w:rsid w:val="00E01499"/>
    <w:rsid w:val="00E02C4A"/>
    <w:rsid w:val="00E21043"/>
    <w:rsid w:val="00E26F7C"/>
    <w:rsid w:val="00E337AA"/>
    <w:rsid w:val="00E34392"/>
    <w:rsid w:val="00E523B1"/>
    <w:rsid w:val="00E54B11"/>
    <w:rsid w:val="00E62D78"/>
    <w:rsid w:val="00E64469"/>
    <w:rsid w:val="00E816FD"/>
    <w:rsid w:val="00E93F6E"/>
    <w:rsid w:val="00E95458"/>
    <w:rsid w:val="00EA1131"/>
    <w:rsid w:val="00EA7F08"/>
    <w:rsid w:val="00ED3037"/>
    <w:rsid w:val="00ED5330"/>
    <w:rsid w:val="00EE1C01"/>
    <w:rsid w:val="00F13A1E"/>
    <w:rsid w:val="00F24274"/>
    <w:rsid w:val="00F52A2A"/>
    <w:rsid w:val="00F7305C"/>
    <w:rsid w:val="00F94E60"/>
    <w:rsid w:val="00FA4C72"/>
    <w:rsid w:val="00FC46CC"/>
    <w:rsid w:val="00FC693F"/>
    <w:rsid w:val="00FD63C4"/>
    <w:rsid w:val="00FE1673"/>
    <w:rsid w:val="00FF62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6E49A6A"/>
  <w14:defaultImageDpi w14:val="300"/>
  <w15:docId w15:val="{EB171C67-6582-4CBA-B213-D7A44BF23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6103"/>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tandard">
    <w:name w:val="Standard"/>
    <w:rsid w:val="00513A2C"/>
    <w:pPr>
      <w:widowControl w:val="0"/>
      <w:suppressAutoHyphens/>
      <w:autoSpaceDN w:val="0"/>
      <w:spacing w:after="0"/>
      <w:textAlignment w:val="baseline"/>
    </w:pPr>
    <w:rPr>
      <w:rFonts w:ascii="Arial" w:eastAsia="Arial" w:hAnsi="Arial" w:cs="Arial"/>
      <w:lang w:val="en-IN" w:eastAsia="zh-CN" w:bidi="hi-IN"/>
    </w:rPr>
  </w:style>
  <w:style w:type="paragraph" w:styleId="NormalWeb">
    <w:name w:val="Normal (Web)"/>
    <w:basedOn w:val="Normal"/>
    <w:uiPriority w:val="99"/>
    <w:unhideWhenUsed/>
    <w:rsid w:val="00ED5330"/>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45156">
      <w:bodyDiv w:val="1"/>
      <w:marLeft w:val="0"/>
      <w:marRight w:val="0"/>
      <w:marTop w:val="0"/>
      <w:marBottom w:val="0"/>
      <w:divBdr>
        <w:top w:val="none" w:sz="0" w:space="0" w:color="auto"/>
        <w:left w:val="none" w:sz="0" w:space="0" w:color="auto"/>
        <w:bottom w:val="none" w:sz="0" w:space="0" w:color="auto"/>
        <w:right w:val="none" w:sz="0" w:space="0" w:color="auto"/>
      </w:divBdr>
    </w:div>
    <w:div w:id="90712294">
      <w:bodyDiv w:val="1"/>
      <w:marLeft w:val="0"/>
      <w:marRight w:val="0"/>
      <w:marTop w:val="0"/>
      <w:marBottom w:val="0"/>
      <w:divBdr>
        <w:top w:val="none" w:sz="0" w:space="0" w:color="auto"/>
        <w:left w:val="none" w:sz="0" w:space="0" w:color="auto"/>
        <w:bottom w:val="none" w:sz="0" w:space="0" w:color="auto"/>
        <w:right w:val="none" w:sz="0" w:space="0" w:color="auto"/>
      </w:divBdr>
    </w:div>
    <w:div w:id="225649452">
      <w:bodyDiv w:val="1"/>
      <w:marLeft w:val="0"/>
      <w:marRight w:val="0"/>
      <w:marTop w:val="0"/>
      <w:marBottom w:val="0"/>
      <w:divBdr>
        <w:top w:val="none" w:sz="0" w:space="0" w:color="auto"/>
        <w:left w:val="none" w:sz="0" w:space="0" w:color="auto"/>
        <w:bottom w:val="none" w:sz="0" w:space="0" w:color="auto"/>
        <w:right w:val="none" w:sz="0" w:space="0" w:color="auto"/>
      </w:divBdr>
    </w:div>
    <w:div w:id="255528333">
      <w:bodyDiv w:val="1"/>
      <w:marLeft w:val="0"/>
      <w:marRight w:val="0"/>
      <w:marTop w:val="0"/>
      <w:marBottom w:val="0"/>
      <w:divBdr>
        <w:top w:val="none" w:sz="0" w:space="0" w:color="auto"/>
        <w:left w:val="none" w:sz="0" w:space="0" w:color="auto"/>
        <w:bottom w:val="none" w:sz="0" w:space="0" w:color="auto"/>
        <w:right w:val="none" w:sz="0" w:space="0" w:color="auto"/>
      </w:divBdr>
    </w:div>
    <w:div w:id="585383244">
      <w:bodyDiv w:val="1"/>
      <w:marLeft w:val="0"/>
      <w:marRight w:val="0"/>
      <w:marTop w:val="0"/>
      <w:marBottom w:val="0"/>
      <w:divBdr>
        <w:top w:val="none" w:sz="0" w:space="0" w:color="auto"/>
        <w:left w:val="none" w:sz="0" w:space="0" w:color="auto"/>
        <w:bottom w:val="none" w:sz="0" w:space="0" w:color="auto"/>
        <w:right w:val="none" w:sz="0" w:space="0" w:color="auto"/>
      </w:divBdr>
    </w:div>
    <w:div w:id="615067439">
      <w:bodyDiv w:val="1"/>
      <w:marLeft w:val="0"/>
      <w:marRight w:val="0"/>
      <w:marTop w:val="0"/>
      <w:marBottom w:val="0"/>
      <w:divBdr>
        <w:top w:val="none" w:sz="0" w:space="0" w:color="auto"/>
        <w:left w:val="none" w:sz="0" w:space="0" w:color="auto"/>
        <w:bottom w:val="none" w:sz="0" w:space="0" w:color="auto"/>
        <w:right w:val="none" w:sz="0" w:space="0" w:color="auto"/>
      </w:divBdr>
    </w:div>
    <w:div w:id="721251180">
      <w:bodyDiv w:val="1"/>
      <w:marLeft w:val="0"/>
      <w:marRight w:val="0"/>
      <w:marTop w:val="0"/>
      <w:marBottom w:val="0"/>
      <w:divBdr>
        <w:top w:val="none" w:sz="0" w:space="0" w:color="auto"/>
        <w:left w:val="none" w:sz="0" w:space="0" w:color="auto"/>
        <w:bottom w:val="none" w:sz="0" w:space="0" w:color="auto"/>
        <w:right w:val="none" w:sz="0" w:space="0" w:color="auto"/>
      </w:divBdr>
    </w:div>
    <w:div w:id="748885131">
      <w:bodyDiv w:val="1"/>
      <w:marLeft w:val="0"/>
      <w:marRight w:val="0"/>
      <w:marTop w:val="0"/>
      <w:marBottom w:val="0"/>
      <w:divBdr>
        <w:top w:val="none" w:sz="0" w:space="0" w:color="auto"/>
        <w:left w:val="none" w:sz="0" w:space="0" w:color="auto"/>
        <w:bottom w:val="none" w:sz="0" w:space="0" w:color="auto"/>
        <w:right w:val="none" w:sz="0" w:space="0" w:color="auto"/>
      </w:divBdr>
    </w:div>
    <w:div w:id="773133726">
      <w:bodyDiv w:val="1"/>
      <w:marLeft w:val="0"/>
      <w:marRight w:val="0"/>
      <w:marTop w:val="0"/>
      <w:marBottom w:val="0"/>
      <w:divBdr>
        <w:top w:val="none" w:sz="0" w:space="0" w:color="auto"/>
        <w:left w:val="none" w:sz="0" w:space="0" w:color="auto"/>
        <w:bottom w:val="none" w:sz="0" w:space="0" w:color="auto"/>
        <w:right w:val="none" w:sz="0" w:space="0" w:color="auto"/>
      </w:divBdr>
    </w:div>
    <w:div w:id="977689034">
      <w:bodyDiv w:val="1"/>
      <w:marLeft w:val="0"/>
      <w:marRight w:val="0"/>
      <w:marTop w:val="0"/>
      <w:marBottom w:val="0"/>
      <w:divBdr>
        <w:top w:val="none" w:sz="0" w:space="0" w:color="auto"/>
        <w:left w:val="none" w:sz="0" w:space="0" w:color="auto"/>
        <w:bottom w:val="none" w:sz="0" w:space="0" w:color="auto"/>
        <w:right w:val="none" w:sz="0" w:space="0" w:color="auto"/>
      </w:divBdr>
    </w:div>
    <w:div w:id="1098645626">
      <w:bodyDiv w:val="1"/>
      <w:marLeft w:val="0"/>
      <w:marRight w:val="0"/>
      <w:marTop w:val="0"/>
      <w:marBottom w:val="0"/>
      <w:divBdr>
        <w:top w:val="none" w:sz="0" w:space="0" w:color="auto"/>
        <w:left w:val="none" w:sz="0" w:space="0" w:color="auto"/>
        <w:bottom w:val="none" w:sz="0" w:space="0" w:color="auto"/>
        <w:right w:val="none" w:sz="0" w:space="0" w:color="auto"/>
      </w:divBdr>
    </w:div>
    <w:div w:id="1117288563">
      <w:bodyDiv w:val="1"/>
      <w:marLeft w:val="0"/>
      <w:marRight w:val="0"/>
      <w:marTop w:val="0"/>
      <w:marBottom w:val="0"/>
      <w:divBdr>
        <w:top w:val="none" w:sz="0" w:space="0" w:color="auto"/>
        <w:left w:val="none" w:sz="0" w:space="0" w:color="auto"/>
        <w:bottom w:val="none" w:sz="0" w:space="0" w:color="auto"/>
        <w:right w:val="none" w:sz="0" w:space="0" w:color="auto"/>
      </w:divBdr>
    </w:div>
    <w:div w:id="1199702148">
      <w:bodyDiv w:val="1"/>
      <w:marLeft w:val="0"/>
      <w:marRight w:val="0"/>
      <w:marTop w:val="0"/>
      <w:marBottom w:val="0"/>
      <w:divBdr>
        <w:top w:val="none" w:sz="0" w:space="0" w:color="auto"/>
        <w:left w:val="none" w:sz="0" w:space="0" w:color="auto"/>
        <w:bottom w:val="none" w:sz="0" w:space="0" w:color="auto"/>
        <w:right w:val="none" w:sz="0" w:space="0" w:color="auto"/>
      </w:divBdr>
    </w:div>
    <w:div w:id="1230921162">
      <w:bodyDiv w:val="1"/>
      <w:marLeft w:val="0"/>
      <w:marRight w:val="0"/>
      <w:marTop w:val="0"/>
      <w:marBottom w:val="0"/>
      <w:divBdr>
        <w:top w:val="none" w:sz="0" w:space="0" w:color="auto"/>
        <w:left w:val="none" w:sz="0" w:space="0" w:color="auto"/>
        <w:bottom w:val="none" w:sz="0" w:space="0" w:color="auto"/>
        <w:right w:val="none" w:sz="0" w:space="0" w:color="auto"/>
      </w:divBdr>
    </w:div>
    <w:div w:id="1259872754">
      <w:bodyDiv w:val="1"/>
      <w:marLeft w:val="0"/>
      <w:marRight w:val="0"/>
      <w:marTop w:val="0"/>
      <w:marBottom w:val="0"/>
      <w:divBdr>
        <w:top w:val="none" w:sz="0" w:space="0" w:color="auto"/>
        <w:left w:val="none" w:sz="0" w:space="0" w:color="auto"/>
        <w:bottom w:val="none" w:sz="0" w:space="0" w:color="auto"/>
        <w:right w:val="none" w:sz="0" w:space="0" w:color="auto"/>
      </w:divBdr>
    </w:div>
    <w:div w:id="1269384730">
      <w:bodyDiv w:val="1"/>
      <w:marLeft w:val="0"/>
      <w:marRight w:val="0"/>
      <w:marTop w:val="0"/>
      <w:marBottom w:val="0"/>
      <w:divBdr>
        <w:top w:val="none" w:sz="0" w:space="0" w:color="auto"/>
        <w:left w:val="none" w:sz="0" w:space="0" w:color="auto"/>
        <w:bottom w:val="none" w:sz="0" w:space="0" w:color="auto"/>
        <w:right w:val="none" w:sz="0" w:space="0" w:color="auto"/>
      </w:divBdr>
    </w:div>
    <w:div w:id="1323462309">
      <w:bodyDiv w:val="1"/>
      <w:marLeft w:val="0"/>
      <w:marRight w:val="0"/>
      <w:marTop w:val="0"/>
      <w:marBottom w:val="0"/>
      <w:divBdr>
        <w:top w:val="none" w:sz="0" w:space="0" w:color="auto"/>
        <w:left w:val="none" w:sz="0" w:space="0" w:color="auto"/>
        <w:bottom w:val="none" w:sz="0" w:space="0" w:color="auto"/>
        <w:right w:val="none" w:sz="0" w:space="0" w:color="auto"/>
      </w:divBdr>
    </w:div>
    <w:div w:id="1568689060">
      <w:bodyDiv w:val="1"/>
      <w:marLeft w:val="0"/>
      <w:marRight w:val="0"/>
      <w:marTop w:val="0"/>
      <w:marBottom w:val="0"/>
      <w:divBdr>
        <w:top w:val="none" w:sz="0" w:space="0" w:color="auto"/>
        <w:left w:val="none" w:sz="0" w:space="0" w:color="auto"/>
        <w:bottom w:val="none" w:sz="0" w:space="0" w:color="auto"/>
        <w:right w:val="none" w:sz="0" w:space="0" w:color="auto"/>
      </w:divBdr>
    </w:div>
    <w:div w:id="1686638366">
      <w:bodyDiv w:val="1"/>
      <w:marLeft w:val="0"/>
      <w:marRight w:val="0"/>
      <w:marTop w:val="0"/>
      <w:marBottom w:val="0"/>
      <w:divBdr>
        <w:top w:val="none" w:sz="0" w:space="0" w:color="auto"/>
        <w:left w:val="none" w:sz="0" w:space="0" w:color="auto"/>
        <w:bottom w:val="none" w:sz="0" w:space="0" w:color="auto"/>
        <w:right w:val="none" w:sz="0" w:space="0" w:color="auto"/>
      </w:divBdr>
    </w:div>
    <w:div w:id="1790663904">
      <w:bodyDiv w:val="1"/>
      <w:marLeft w:val="0"/>
      <w:marRight w:val="0"/>
      <w:marTop w:val="0"/>
      <w:marBottom w:val="0"/>
      <w:divBdr>
        <w:top w:val="none" w:sz="0" w:space="0" w:color="auto"/>
        <w:left w:val="none" w:sz="0" w:space="0" w:color="auto"/>
        <w:bottom w:val="none" w:sz="0" w:space="0" w:color="auto"/>
        <w:right w:val="none" w:sz="0" w:space="0" w:color="auto"/>
      </w:divBdr>
    </w:div>
    <w:div w:id="1951929521">
      <w:bodyDiv w:val="1"/>
      <w:marLeft w:val="0"/>
      <w:marRight w:val="0"/>
      <w:marTop w:val="0"/>
      <w:marBottom w:val="0"/>
      <w:divBdr>
        <w:top w:val="none" w:sz="0" w:space="0" w:color="auto"/>
        <w:left w:val="none" w:sz="0" w:space="0" w:color="auto"/>
        <w:bottom w:val="none" w:sz="0" w:space="0" w:color="auto"/>
        <w:right w:val="none" w:sz="0" w:space="0" w:color="auto"/>
      </w:divBdr>
    </w:div>
    <w:div w:id="1973707152">
      <w:bodyDiv w:val="1"/>
      <w:marLeft w:val="0"/>
      <w:marRight w:val="0"/>
      <w:marTop w:val="0"/>
      <w:marBottom w:val="0"/>
      <w:divBdr>
        <w:top w:val="none" w:sz="0" w:space="0" w:color="auto"/>
        <w:left w:val="none" w:sz="0" w:space="0" w:color="auto"/>
        <w:bottom w:val="none" w:sz="0" w:space="0" w:color="auto"/>
        <w:right w:val="none" w:sz="0" w:space="0" w:color="auto"/>
      </w:divBdr>
    </w:div>
    <w:div w:id="20301349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mcc.edu.in"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mailto:enquiry@mmcc.edu.in" TargetMode="External"/><Relationship Id="rId19" Type="http://schemas.microsoft.com/office/2007/relationships/hdphoto" Target="media/hdphoto1.wdp"/><Relationship Id="rId4" Type="http://schemas.openxmlformats.org/officeDocument/2006/relationships/settings" Target="settings.xml"/><Relationship Id="rId9" Type="http://schemas.openxmlformats.org/officeDocument/2006/relationships/hyperlink" Target="mailto:principal@mmcc.edu.in" TargetMode="External"/><Relationship Id="rId14" Type="http://schemas.openxmlformats.org/officeDocument/2006/relationships/image" Target="media/image4.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5</Pages>
  <Words>774</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Admin</cp:lastModifiedBy>
  <cp:revision>222</cp:revision>
  <cp:lastPrinted>2025-11-24T06:45:00Z</cp:lastPrinted>
  <dcterms:created xsi:type="dcterms:W3CDTF">2013-12-23T23:15:00Z</dcterms:created>
  <dcterms:modified xsi:type="dcterms:W3CDTF">2026-02-18T08:39:00Z</dcterms:modified>
  <cp:category/>
</cp:coreProperties>
</file>